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C4D50" w14:textId="77777777" w:rsidR="00FF6EEB" w:rsidRPr="00CA3295" w:rsidRDefault="008A360B">
      <w:pPr>
        <w:spacing w:before="40" w:after="40"/>
        <w:jc w:val="center"/>
        <w:rPr>
          <w:rFonts w:asciiTheme="majorHAnsi" w:hAnsiTheme="majorHAnsi" w:cstheme="majorHAnsi"/>
          <w:lang w:val="de-DE"/>
        </w:rPr>
      </w:pPr>
      <w:r w:rsidRPr="00CA3295">
        <w:rPr>
          <w:rFonts w:asciiTheme="majorHAnsi" w:hAnsiTheme="majorHAnsi" w:cstheme="majorHAnsi"/>
          <w:b/>
          <w:color w:val="1F4E78"/>
          <w:sz w:val="38"/>
          <w:lang w:val="de-DE"/>
        </w:rPr>
        <w:t>PORTFOLIO ZUR PRÄSENTATIONSPRÜFUNG</w:t>
      </w:r>
    </w:p>
    <w:p w14:paraId="6C6EF7C3" w14:textId="77777777" w:rsidR="00FF6EEB" w:rsidRPr="00CA3295" w:rsidRDefault="008A360B">
      <w:pPr>
        <w:spacing w:after="200"/>
        <w:jc w:val="center"/>
        <w:rPr>
          <w:rFonts w:asciiTheme="majorHAnsi" w:hAnsiTheme="majorHAnsi" w:cstheme="majorHAnsi"/>
          <w:lang w:val="de-DE"/>
        </w:rPr>
      </w:pPr>
      <w:r w:rsidRPr="00CA3295">
        <w:rPr>
          <w:rFonts w:asciiTheme="majorHAnsi" w:hAnsiTheme="majorHAnsi" w:cstheme="majorHAnsi"/>
          <w:b/>
          <w:color w:val="243746"/>
          <w:sz w:val="26"/>
          <w:lang w:val="de-DE"/>
        </w:rPr>
        <w:t>Realschulabschluss · Jahrgangsstufe 10</w:t>
      </w:r>
    </w:p>
    <w:p w14:paraId="10C52ECE" w14:textId="77777777" w:rsidR="00FF6EEB" w:rsidRPr="00CA3295" w:rsidRDefault="008A360B">
      <w:pPr>
        <w:spacing w:before="140"/>
        <w:rPr>
          <w:rFonts w:asciiTheme="majorHAnsi" w:hAnsiTheme="majorHAnsi" w:cstheme="majorHAnsi"/>
          <w:lang w:val="de-DE"/>
        </w:rPr>
      </w:pPr>
      <w:r w:rsidRPr="00CA3295">
        <w:rPr>
          <w:rFonts w:asciiTheme="majorHAnsi" w:hAnsiTheme="majorHAnsi" w:cstheme="majorHAnsi"/>
          <w:b/>
          <w:color w:val="1F4E78"/>
          <w:sz w:val="26"/>
          <w:lang w:val="de-DE"/>
        </w:rPr>
        <w:t>Angaben zur Schülerin / zum Schüler</w:t>
      </w:r>
    </w:p>
    <w:tbl>
      <w:tblPr>
        <w:tblW w:w="0" w:type="auto"/>
        <w:jc w:val="center"/>
        <w:tblLayout w:type="fixed"/>
        <w:tblLook w:val="04A0" w:firstRow="1" w:lastRow="0" w:firstColumn="1" w:lastColumn="0" w:noHBand="0" w:noVBand="1"/>
      </w:tblPr>
      <w:tblGrid>
        <w:gridCol w:w="1927"/>
        <w:gridCol w:w="2948"/>
        <w:gridCol w:w="1927"/>
        <w:gridCol w:w="2948"/>
      </w:tblGrid>
      <w:tr w:rsidR="00FF6EEB" w:rsidRPr="00CA3295" w14:paraId="2D59341E" w14:textId="77777777">
        <w:trPr>
          <w:cantSplit/>
          <w:trHeight w:val="538"/>
          <w:jc w:val="center"/>
        </w:trPr>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77A13F3E"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243746"/>
                <w:sz w:val="20"/>
                <w:lang w:val="de-DE"/>
              </w:rPr>
              <w:t>Name</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0042663" w14:textId="77777777" w:rsidR="00FF6EEB" w:rsidRPr="00CA3295" w:rsidRDefault="00FF6EEB">
            <w:pPr>
              <w:spacing w:after="0"/>
              <w:rPr>
                <w:rFonts w:asciiTheme="majorHAnsi" w:hAnsiTheme="majorHAnsi" w:cstheme="majorHAnsi"/>
                <w:lang w:val="de-DE"/>
              </w:rPr>
            </w:pPr>
          </w:p>
        </w:tc>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3A4156FE" w14:textId="72EB04CC" w:rsidR="00FF6EEB" w:rsidRPr="00CA3295" w:rsidRDefault="00613591">
            <w:pPr>
              <w:spacing w:after="0"/>
              <w:rPr>
                <w:rFonts w:asciiTheme="majorHAnsi" w:hAnsiTheme="majorHAnsi" w:cstheme="majorHAnsi"/>
                <w:lang w:val="de-DE"/>
              </w:rPr>
            </w:pPr>
            <w:r w:rsidRPr="00613591">
              <w:rPr>
                <w:rFonts w:asciiTheme="majorHAnsi" w:hAnsiTheme="majorHAnsi" w:cstheme="majorHAnsi"/>
                <w:b/>
                <w:color w:val="243746"/>
                <w:sz w:val="20"/>
                <w:lang w:val="de-DE"/>
              </w:rPr>
              <w:t>Vorname</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7B31C7F" w14:textId="77777777" w:rsidR="00FF6EEB" w:rsidRPr="00CA3295" w:rsidRDefault="00FF6EEB">
            <w:pPr>
              <w:spacing w:after="0"/>
              <w:rPr>
                <w:rFonts w:asciiTheme="majorHAnsi" w:hAnsiTheme="majorHAnsi" w:cstheme="majorHAnsi"/>
                <w:lang w:val="de-DE"/>
              </w:rPr>
            </w:pPr>
          </w:p>
        </w:tc>
      </w:tr>
      <w:tr w:rsidR="00613591" w:rsidRPr="00CA3295" w14:paraId="37B31BE3" w14:textId="77777777">
        <w:trPr>
          <w:cantSplit/>
          <w:trHeight w:val="538"/>
          <w:jc w:val="center"/>
        </w:trPr>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7D706E08" w14:textId="16DC9FF7" w:rsidR="00613591" w:rsidRPr="00CA3295" w:rsidRDefault="00613591">
            <w:pPr>
              <w:spacing w:after="0"/>
              <w:rPr>
                <w:rFonts w:asciiTheme="majorHAnsi" w:hAnsiTheme="majorHAnsi" w:cstheme="majorHAnsi"/>
                <w:b/>
                <w:color w:val="243746"/>
                <w:sz w:val="20"/>
                <w:lang w:val="de-DE"/>
              </w:rPr>
            </w:pPr>
            <w:r>
              <w:rPr>
                <w:rFonts w:asciiTheme="majorHAnsi" w:hAnsiTheme="majorHAnsi" w:cstheme="majorHAnsi"/>
                <w:b/>
                <w:color w:val="243746"/>
                <w:sz w:val="20"/>
                <w:lang w:val="de-DE"/>
              </w:rPr>
              <w:t>Klasse</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D3A14BA" w14:textId="77777777" w:rsidR="00613591" w:rsidRPr="00CA3295" w:rsidRDefault="00613591">
            <w:pPr>
              <w:spacing w:after="0"/>
              <w:rPr>
                <w:rFonts w:asciiTheme="majorHAnsi" w:hAnsiTheme="majorHAnsi" w:cstheme="majorHAnsi"/>
                <w:lang w:val="de-DE"/>
              </w:rPr>
            </w:pPr>
          </w:p>
        </w:tc>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83A0C19" w14:textId="5AF525C3" w:rsidR="00613591" w:rsidRPr="00CA3295" w:rsidRDefault="00613591">
            <w:pPr>
              <w:spacing w:after="0"/>
              <w:rPr>
                <w:rFonts w:asciiTheme="majorHAnsi" w:hAnsiTheme="majorHAnsi" w:cstheme="majorHAnsi"/>
                <w:b/>
                <w:color w:val="243746"/>
                <w:sz w:val="20"/>
                <w:lang w:val="de-DE"/>
              </w:rPr>
            </w:pPr>
            <w:r>
              <w:rPr>
                <w:rFonts w:asciiTheme="majorHAnsi" w:hAnsiTheme="majorHAnsi" w:cstheme="majorHAnsi"/>
                <w:b/>
                <w:color w:val="243746"/>
                <w:sz w:val="20"/>
                <w:lang w:val="de-DE"/>
              </w:rPr>
              <w:t>Schuljahr</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5EEDD79" w14:textId="77777777" w:rsidR="00613591" w:rsidRPr="00CA3295" w:rsidRDefault="00613591">
            <w:pPr>
              <w:spacing w:after="0"/>
              <w:rPr>
                <w:rFonts w:asciiTheme="majorHAnsi" w:hAnsiTheme="majorHAnsi" w:cstheme="majorHAnsi"/>
                <w:lang w:val="de-DE"/>
              </w:rPr>
            </w:pPr>
          </w:p>
        </w:tc>
      </w:tr>
      <w:tr w:rsidR="00FF6EEB" w:rsidRPr="00CA3295" w14:paraId="2C5084D4" w14:textId="77777777">
        <w:trPr>
          <w:cantSplit/>
          <w:trHeight w:val="538"/>
          <w:jc w:val="center"/>
        </w:trPr>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52311FAA"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243746"/>
                <w:sz w:val="20"/>
                <w:lang w:val="de-DE"/>
              </w:rPr>
              <w:t>Prüfungsfach</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198A283" w14:textId="77777777" w:rsidR="00FF6EEB" w:rsidRPr="00CA3295" w:rsidRDefault="00FF6EEB">
            <w:pPr>
              <w:spacing w:after="0"/>
              <w:rPr>
                <w:rFonts w:asciiTheme="majorHAnsi" w:hAnsiTheme="majorHAnsi" w:cstheme="majorHAnsi"/>
                <w:lang w:val="de-DE"/>
              </w:rPr>
            </w:pPr>
          </w:p>
        </w:tc>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79F48B2"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243746"/>
                <w:sz w:val="20"/>
                <w:lang w:val="de-DE"/>
              </w:rPr>
              <w:t>Beratende Lehrkraft</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4B4849E" w14:textId="77777777" w:rsidR="00FF6EEB" w:rsidRPr="00CA3295" w:rsidRDefault="00FF6EEB">
            <w:pPr>
              <w:spacing w:after="0"/>
              <w:rPr>
                <w:rFonts w:asciiTheme="majorHAnsi" w:hAnsiTheme="majorHAnsi" w:cstheme="majorHAnsi"/>
                <w:lang w:val="de-DE"/>
              </w:rPr>
            </w:pPr>
          </w:p>
        </w:tc>
      </w:tr>
      <w:tr w:rsidR="00FF6EEB" w:rsidRPr="00CA3295" w14:paraId="297665BF" w14:textId="77777777">
        <w:trPr>
          <w:cantSplit/>
          <w:trHeight w:val="538"/>
          <w:jc w:val="center"/>
        </w:trPr>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8049448" w14:textId="621CB6D2"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243746"/>
                <w:sz w:val="20"/>
                <w:lang w:val="de-DE"/>
              </w:rPr>
              <w:t>Thema</w:t>
            </w:r>
          </w:p>
        </w:tc>
        <w:tc>
          <w:tcPr>
            <w:tcW w:w="2948" w:type="dxa"/>
            <w:gridSpan w:val="3"/>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2B94AC6" w14:textId="77777777" w:rsidR="00FF6EEB" w:rsidRPr="00CA3295" w:rsidRDefault="00FF6EEB">
            <w:pPr>
              <w:spacing w:after="0"/>
              <w:rPr>
                <w:rFonts w:asciiTheme="majorHAnsi" w:hAnsiTheme="majorHAnsi" w:cstheme="majorHAnsi"/>
                <w:lang w:val="de-DE"/>
              </w:rPr>
            </w:pPr>
          </w:p>
        </w:tc>
      </w:tr>
      <w:tr w:rsidR="00613591" w:rsidRPr="00CA3295" w14:paraId="5FA7089A" w14:textId="77777777">
        <w:trPr>
          <w:cantSplit/>
          <w:trHeight w:val="538"/>
          <w:jc w:val="center"/>
        </w:trPr>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D36252B" w14:textId="1AFA3DE8" w:rsidR="00613591" w:rsidRPr="00CA3295" w:rsidRDefault="00613591">
            <w:pPr>
              <w:spacing w:after="0"/>
              <w:rPr>
                <w:rFonts w:asciiTheme="majorHAnsi" w:hAnsiTheme="majorHAnsi" w:cstheme="majorHAnsi"/>
                <w:b/>
                <w:color w:val="243746"/>
                <w:sz w:val="20"/>
                <w:lang w:val="de-DE"/>
              </w:rPr>
            </w:pPr>
            <w:r>
              <w:rPr>
                <w:rFonts w:asciiTheme="majorHAnsi" w:hAnsiTheme="majorHAnsi" w:cstheme="majorHAnsi"/>
                <w:b/>
                <w:color w:val="243746"/>
                <w:sz w:val="20"/>
                <w:lang w:val="de-DE"/>
              </w:rPr>
              <w:t>Leitfrage</w:t>
            </w:r>
          </w:p>
        </w:tc>
        <w:tc>
          <w:tcPr>
            <w:tcW w:w="2948" w:type="dxa"/>
            <w:gridSpan w:val="3"/>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13CAC34" w14:textId="77777777" w:rsidR="00613591" w:rsidRPr="00CA3295" w:rsidRDefault="00613591">
            <w:pPr>
              <w:spacing w:after="0"/>
              <w:rPr>
                <w:rFonts w:asciiTheme="majorHAnsi" w:hAnsiTheme="majorHAnsi" w:cstheme="majorHAnsi"/>
                <w:lang w:val="de-DE"/>
              </w:rPr>
            </w:pPr>
          </w:p>
        </w:tc>
      </w:tr>
      <w:tr w:rsidR="00FF6EEB" w:rsidRPr="00CA3295" w14:paraId="1E4E83C8" w14:textId="77777777">
        <w:trPr>
          <w:cantSplit/>
          <w:trHeight w:val="538"/>
          <w:jc w:val="center"/>
        </w:trPr>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3E2A25BB"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243746"/>
                <w:sz w:val="20"/>
                <w:lang w:val="de-DE"/>
              </w:rPr>
              <w:t>Abgabe Portfolio</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1F64C80" w14:textId="77777777" w:rsidR="00FF6EEB" w:rsidRPr="00CA3295" w:rsidRDefault="00FF6EEB">
            <w:pPr>
              <w:spacing w:after="0"/>
              <w:rPr>
                <w:rFonts w:asciiTheme="majorHAnsi" w:hAnsiTheme="majorHAnsi" w:cstheme="majorHAnsi"/>
                <w:lang w:val="de-DE"/>
              </w:rPr>
            </w:pPr>
          </w:p>
        </w:tc>
        <w:tc>
          <w:tcPr>
            <w:tcW w:w="192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0E1B4FA" w14:textId="21B4C054"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243746"/>
                <w:sz w:val="20"/>
                <w:lang w:val="de-DE"/>
              </w:rPr>
              <w:t>Prüfungs</w:t>
            </w:r>
            <w:r w:rsidR="00CA3295">
              <w:rPr>
                <w:rFonts w:asciiTheme="majorHAnsi" w:hAnsiTheme="majorHAnsi" w:cstheme="majorHAnsi"/>
                <w:b/>
                <w:color w:val="243746"/>
                <w:sz w:val="20"/>
                <w:lang w:val="de-DE"/>
              </w:rPr>
              <w:t>zeitraum</w:t>
            </w:r>
          </w:p>
        </w:tc>
        <w:tc>
          <w:tcPr>
            <w:tcW w:w="294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DE892A4" w14:textId="0E9638B2" w:rsidR="00FF6EEB" w:rsidRPr="00CA3295" w:rsidRDefault="00FF6EEB">
            <w:pPr>
              <w:spacing w:after="0"/>
              <w:rPr>
                <w:rFonts w:asciiTheme="majorHAnsi" w:hAnsiTheme="majorHAnsi" w:cstheme="majorHAnsi"/>
                <w:lang w:val="de-DE"/>
              </w:rPr>
            </w:pPr>
          </w:p>
        </w:tc>
      </w:tr>
    </w:tbl>
    <w:p w14:paraId="45226034" w14:textId="77777777" w:rsidR="00FF6EEB" w:rsidRPr="00CA3295" w:rsidRDefault="008A360B">
      <w:pPr>
        <w:spacing w:before="140"/>
        <w:rPr>
          <w:rFonts w:asciiTheme="majorHAnsi" w:hAnsiTheme="majorHAnsi" w:cstheme="majorHAnsi"/>
          <w:lang w:val="de-DE"/>
        </w:rPr>
      </w:pPr>
      <w:r w:rsidRPr="00CA3295">
        <w:rPr>
          <w:rFonts w:asciiTheme="majorHAnsi" w:hAnsiTheme="majorHAnsi" w:cstheme="majorHAnsi"/>
          <w:b/>
          <w:color w:val="1F4E78"/>
          <w:sz w:val="26"/>
          <w:lang w:val="de-DE"/>
        </w:rPr>
        <w:t>Verbindlicher Rahmen</w:t>
      </w:r>
    </w:p>
    <w:tbl>
      <w:tblPr>
        <w:tblW w:w="0" w:type="auto"/>
        <w:jc w:val="center"/>
        <w:tblLayout w:type="fixed"/>
        <w:tblLook w:val="04A0" w:firstRow="1" w:lastRow="0" w:firstColumn="1" w:lastColumn="0" w:noHBand="0" w:noVBand="1"/>
      </w:tblPr>
      <w:tblGrid>
        <w:gridCol w:w="623"/>
        <w:gridCol w:w="9127"/>
      </w:tblGrid>
      <w:tr w:rsidR="00FF6EEB" w:rsidRPr="00CA3295" w14:paraId="60FAA9F0" w14:textId="77777777">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52D18ED8" w14:textId="77777777" w:rsidR="00FF6EEB" w:rsidRPr="00CA3295" w:rsidRDefault="008A360B">
            <w:pPr>
              <w:spacing w:after="0"/>
              <w:jc w:val="center"/>
              <w:rPr>
                <w:rFonts w:asciiTheme="majorHAnsi" w:hAnsiTheme="majorHAnsi" w:cstheme="majorHAnsi"/>
                <w:lang w:val="de-DE"/>
              </w:rPr>
            </w:pPr>
            <w:bookmarkStart w:id="0" w:name="_Hlk238638034"/>
            <w:r w:rsidRPr="00CA3295">
              <w:rPr>
                <w:rFonts w:asciiTheme="majorHAnsi" w:hAnsiTheme="majorHAnsi" w:cstheme="majorHAnsi"/>
                <w:b/>
                <w:color w:val="1F4E78"/>
                <w:sz w:val="20"/>
                <w:lang w:val="de-DE"/>
              </w:rPr>
              <w:t>1</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C61DA25"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sz w:val="20"/>
                <w:lang w:val="de-DE"/>
              </w:rPr>
              <w:t>Kurzbeschreibung der Fragestellung und des Ziels</w:t>
            </w:r>
          </w:p>
        </w:tc>
      </w:tr>
      <w:tr w:rsidR="00FF6EEB" w:rsidRPr="00CA3295" w14:paraId="46D4727F" w14:textId="77777777">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0B5636A1"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1F4E78"/>
                <w:sz w:val="20"/>
                <w:lang w:val="de-DE"/>
              </w:rPr>
              <w:t>2</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57A7B2F"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sz w:val="20"/>
                <w:lang w:val="de-DE"/>
              </w:rPr>
              <w:t>Gliederung der geplanten Präsentation</w:t>
            </w:r>
          </w:p>
        </w:tc>
      </w:tr>
      <w:tr w:rsidR="00FF6EEB" w:rsidRPr="00CA3295" w14:paraId="6ECD34BC" w14:textId="77777777">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5F39435B"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1F4E78"/>
                <w:sz w:val="20"/>
                <w:lang w:val="de-DE"/>
              </w:rPr>
              <w:t>3</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2D9F65E" w14:textId="6B71C638" w:rsidR="00FF6EEB" w:rsidRPr="00CA3295" w:rsidRDefault="00613591">
            <w:pPr>
              <w:spacing w:after="0"/>
              <w:rPr>
                <w:rFonts w:asciiTheme="majorHAnsi" w:hAnsiTheme="majorHAnsi" w:cstheme="majorHAnsi"/>
                <w:lang w:val="de-DE"/>
              </w:rPr>
            </w:pPr>
            <w:r w:rsidRPr="00CA3295">
              <w:rPr>
                <w:rFonts w:asciiTheme="majorHAnsi" w:hAnsiTheme="majorHAnsi" w:cstheme="majorHAnsi"/>
                <w:sz w:val="20"/>
                <w:lang w:val="de-DE"/>
              </w:rPr>
              <w:t>Vollständige Angabe der verwendeten Quellen</w:t>
            </w:r>
          </w:p>
        </w:tc>
      </w:tr>
    </w:tbl>
    <w:bookmarkEnd w:id="0"/>
    <w:p w14:paraId="34746300" w14:textId="3360E722" w:rsidR="00613591" w:rsidRDefault="00613591" w:rsidP="00613591">
      <w:pPr>
        <w:spacing w:before="140"/>
        <w:rPr>
          <w:rFonts w:asciiTheme="majorHAnsi" w:hAnsiTheme="majorHAnsi" w:cstheme="majorHAnsi"/>
          <w:b/>
          <w:color w:val="1F4E78"/>
          <w:sz w:val="26"/>
          <w:lang w:val="de-DE"/>
        </w:rPr>
      </w:pPr>
      <w:r w:rsidRPr="00613591">
        <w:rPr>
          <w:rFonts w:asciiTheme="majorHAnsi" w:hAnsiTheme="majorHAnsi" w:cstheme="majorHAnsi"/>
          <w:b/>
          <w:color w:val="1F4E78"/>
          <w:sz w:val="26"/>
          <w:lang w:val="de-DE"/>
        </w:rPr>
        <w:t>Optional</w:t>
      </w:r>
    </w:p>
    <w:tbl>
      <w:tblPr>
        <w:tblW w:w="0" w:type="auto"/>
        <w:jc w:val="center"/>
        <w:tblLayout w:type="fixed"/>
        <w:tblLook w:val="04A0" w:firstRow="1" w:lastRow="0" w:firstColumn="1" w:lastColumn="0" w:noHBand="0" w:noVBand="1"/>
      </w:tblPr>
      <w:tblGrid>
        <w:gridCol w:w="623"/>
        <w:gridCol w:w="9127"/>
      </w:tblGrid>
      <w:tr w:rsidR="00613591" w:rsidRPr="00CA3295" w14:paraId="1301CF45" w14:textId="77777777" w:rsidTr="009E17CC">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30EAE788" w14:textId="62530E5A" w:rsidR="00613591" w:rsidRPr="00CA3295" w:rsidRDefault="00613591" w:rsidP="009E17CC">
            <w:pPr>
              <w:spacing w:after="0"/>
              <w:jc w:val="center"/>
              <w:rPr>
                <w:rFonts w:asciiTheme="majorHAnsi" w:hAnsiTheme="majorHAnsi" w:cstheme="majorHAnsi"/>
                <w:lang w:val="de-DE"/>
              </w:rPr>
            </w:pPr>
            <w:r>
              <w:rPr>
                <w:rFonts w:asciiTheme="majorHAnsi" w:hAnsiTheme="majorHAnsi" w:cstheme="majorHAnsi"/>
                <w:b/>
                <w:color w:val="1F4E78"/>
                <w:sz w:val="20"/>
                <w:lang w:val="de-DE"/>
              </w:rPr>
              <w:t>4</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EC126FF" w14:textId="0877646D" w:rsidR="00613591" w:rsidRPr="00613591" w:rsidRDefault="00613591" w:rsidP="00613591">
            <w:pPr>
              <w:spacing w:before="160" w:after="60"/>
              <w:rPr>
                <w:rFonts w:asciiTheme="majorHAnsi" w:hAnsiTheme="majorHAnsi" w:cstheme="majorHAnsi"/>
                <w:b/>
                <w:color w:val="1F4E78"/>
                <w:sz w:val="22"/>
                <w:lang w:val="de-DE"/>
              </w:rPr>
            </w:pPr>
            <w:r w:rsidRPr="00CA3295">
              <w:rPr>
                <w:rFonts w:asciiTheme="majorHAnsi" w:hAnsiTheme="majorHAnsi" w:cstheme="majorHAnsi"/>
                <w:sz w:val="20"/>
                <w:lang w:val="de-DE"/>
              </w:rPr>
              <w:t>Dokumentation des Arbeits- und Rechercheprozesses</w:t>
            </w:r>
          </w:p>
        </w:tc>
      </w:tr>
      <w:tr w:rsidR="00613591" w:rsidRPr="00CA3295" w14:paraId="24104AD3" w14:textId="77777777" w:rsidTr="009E17CC">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47793A3F" w14:textId="576F227C" w:rsidR="00613591" w:rsidRPr="00CA3295" w:rsidRDefault="00613591" w:rsidP="00613591">
            <w:pPr>
              <w:spacing w:after="0"/>
              <w:jc w:val="center"/>
              <w:rPr>
                <w:rFonts w:asciiTheme="majorHAnsi" w:hAnsiTheme="majorHAnsi" w:cstheme="majorHAnsi"/>
                <w:lang w:val="de-DE"/>
              </w:rPr>
            </w:pPr>
            <w:r>
              <w:rPr>
                <w:rFonts w:asciiTheme="majorHAnsi" w:hAnsiTheme="majorHAnsi" w:cstheme="majorHAnsi"/>
                <w:b/>
                <w:color w:val="1F4E78"/>
                <w:sz w:val="20"/>
                <w:lang w:val="de-DE"/>
              </w:rPr>
              <w:t>5</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0BC54DD" w14:textId="5EF3A077" w:rsidR="00613591" w:rsidRPr="00CA3295" w:rsidRDefault="00613591" w:rsidP="00613591">
            <w:pPr>
              <w:spacing w:after="0"/>
              <w:rPr>
                <w:rFonts w:asciiTheme="majorHAnsi" w:hAnsiTheme="majorHAnsi" w:cstheme="majorHAnsi"/>
                <w:lang w:val="de-DE"/>
              </w:rPr>
            </w:pPr>
            <w:r w:rsidRPr="00CA3295">
              <w:rPr>
                <w:rFonts w:asciiTheme="majorHAnsi" w:hAnsiTheme="majorHAnsi" w:cstheme="majorHAnsi"/>
                <w:sz w:val="20"/>
                <w:lang w:val="de-DE"/>
              </w:rPr>
              <w:t>Angabe verwendeter Hilfsmittel und digitaler Werkzeuge (einschließlich KI, sofern genutzt)</w:t>
            </w:r>
          </w:p>
        </w:tc>
      </w:tr>
      <w:tr w:rsidR="00613591" w:rsidRPr="00CA3295" w14:paraId="3FB282CE" w14:textId="77777777" w:rsidTr="009E17CC">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0133E65" w14:textId="341AD22B" w:rsidR="00613591" w:rsidRPr="00CA3295" w:rsidRDefault="00613591" w:rsidP="00613591">
            <w:pPr>
              <w:spacing w:after="0"/>
              <w:jc w:val="center"/>
              <w:rPr>
                <w:rFonts w:asciiTheme="majorHAnsi" w:hAnsiTheme="majorHAnsi" w:cstheme="majorHAnsi"/>
                <w:lang w:val="de-DE"/>
              </w:rPr>
            </w:pPr>
            <w:r>
              <w:rPr>
                <w:rFonts w:asciiTheme="majorHAnsi" w:hAnsiTheme="majorHAnsi" w:cstheme="majorHAnsi"/>
                <w:b/>
                <w:color w:val="1F4E78"/>
                <w:sz w:val="20"/>
                <w:lang w:val="de-DE"/>
              </w:rPr>
              <w:t>6</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D4D75F2" w14:textId="3226FB7E" w:rsidR="00613591" w:rsidRPr="00CA3295" w:rsidRDefault="00613591" w:rsidP="00613591">
            <w:pPr>
              <w:spacing w:after="0"/>
              <w:rPr>
                <w:rFonts w:asciiTheme="majorHAnsi" w:hAnsiTheme="majorHAnsi" w:cstheme="majorHAnsi"/>
                <w:lang w:val="de-DE"/>
              </w:rPr>
            </w:pPr>
            <w:r w:rsidRPr="00CA3295">
              <w:rPr>
                <w:rFonts w:asciiTheme="majorHAnsi" w:hAnsiTheme="majorHAnsi" w:cstheme="majorHAnsi"/>
                <w:sz w:val="20"/>
                <w:lang w:val="de-DE"/>
              </w:rPr>
              <w:t>Anlagen nur, wenn sie für den Arbeitsprozess sinnvoll sind (optional)</w:t>
            </w:r>
          </w:p>
        </w:tc>
      </w:tr>
      <w:tr w:rsidR="00613591" w:rsidRPr="00CA3295" w14:paraId="379341BD" w14:textId="77777777" w:rsidTr="009E17CC">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3E50F406" w14:textId="2F4804FA" w:rsidR="00613591" w:rsidRPr="00CA3295" w:rsidRDefault="00613591" w:rsidP="00613591">
            <w:pPr>
              <w:spacing w:after="0"/>
              <w:jc w:val="center"/>
              <w:rPr>
                <w:rFonts w:asciiTheme="majorHAnsi" w:hAnsiTheme="majorHAnsi" w:cstheme="majorHAnsi"/>
                <w:lang w:val="de-DE"/>
              </w:rPr>
            </w:pPr>
            <w:r>
              <w:rPr>
                <w:rFonts w:asciiTheme="majorHAnsi" w:hAnsiTheme="majorHAnsi" w:cstheme="majorHAnsi"/>
                <w:b/>
                <w:color w:val="1F4E78"/>
                <w:sz w:val="20"/>
                <w:lang w:val="de-DE"/>
              </w:rPr>
              <w:t>7</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2AE6631" w14:textId="4EC57B63" w:rsidR="00613591" w:rsidRPr="00CA3295" w:rsidRDefault="00613591" w:rsidP="00613591">
            <w:pPr>
              <w:spacing w:after="160" w:line="259" w:lineRule="auto"/>
              <w:rPr>
                <w:rFonts w:asciiTheme="majorHAnsi" w:hAnsiTheme="majorHAnsi" w:cstheme="majorHAnsi"/>
                <w:lang w:val="de-DE"/>
              </w:rPr>
            </w:pPr>
            <w:r w:rsidRPr="001C728F">
              <w:rPr>
                <w:rFonts w:asciiTheme="majorHAnsi" w:hAnsiTheme="majorHAnsi" w:cstheme="majorHAnsi"/>
                <w:sz w:val="20"/>
                <w:lang w:val="de-DE"/>
              </w:rPr>
              <w:t>Wichtigste Informationen zum Inhalt der Präsentation</w:t>
            </w:r>
          </w:p>
        </w:tc>
      </w:tr>
      <w:tr w:rsidR="00613591" w:rsidRPr="00CA3295" w14:paraId="764A5F7A" w14:textId="77777777" w:rsidTr="009E17CC">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74DC4A1" w14:textId="37797F59" w:rsidR="00613591" w:rsidRPr="00CA3295" w:rsidRDefault="00613591" w:rsidP="00613591">
            <w:pPr>
              <w:spacing w:after="0"/>
              <w:jc w:val="center"/>
              <w:rPr>
                <w:rFonts w:asciiTheme="majorHAnsi" w:hAnsiTheme="majorHAnsi" w:cstheme="majorHAnsi"/>
                <w:lang w:val="de-DE"/>
              </w:rPr>
            </w:pPr>
            <w:r>
              <w:rPr>
                <w:rFonts w:asciiTheme="majorHAnsi" w:hAnsiTheme="majorHAnsi" w:cstheme="majorHAnsi"/>
                <w:b/>
                <w:color w:val="1F4E78"/>
                <w:sz w:val="20"/>
                <w:lang w:val="de-DE"/>
              </w:rPr>
              <w:t>8</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D7D2D93" w14:textId="43EBF3AB" w:rsidR="00613591" w:rsidRPr="00CA3295" w:rsidRDefault="00613591" w:rsidP="00613591">
            <w:pPr>
              <w:spacing w:after="0"/>
              <w:rPr>
                <w:rFonts w:asciiTheme="majorHAnsi" w:hAnsiTheme="majorHAnsi" w:cstheme="majorHAnsi"/>
                <w:lang w:val="de-DE"/>
              </w:rPr>
            </w:pPr>
            <w:r>
              <w:rPr>
                <w:rFonts w:asciiTheme="majorHAnsi" w:hAnsiTheme="majorHAnsi" w:cstheme="majorHAnsi"/>
                <w:lang w:val="de-DE"/>
              </w:rPr>
              <w:t>Eigene Ergebnisse und Erkenntnisse</w:t>
            </w:r>
          </w:p>
        </w:tc>
      </w:tr>
      <w:tr w:rsidR="00613591" w:rsidRPr="00CA3295" w14:paraId="73656374" w14:textId="77777777" w:rsidTr="009E17CC">
        <w:trPr>
          <w:cantSplit/>
          <w:trHeight w:val="408"/>
          <w:jc w:val="center"/>
        </w:trPr>
        <w:tc>
          <w:tcPr>
            <w:tcW w:w="62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E3DCDEC" w14:textId="57A81E9F" w:rsidR="00613591" w:rsidRPr="00CA3295" w:rsidRDefault="00613591" w:rsidP="00613591">
            <w:pPr>
              <w:spacing w:after="0"/>
              <w:jc w:val="center"/>
              <w:rPr>
                <w:rFonts w:asciiTheme="majorHAnsi" w:hAnsiTheme="majorHAnsi" w:cstheme="majorHAnsi"/>
                <w:lang w:val="de-DE"/>
              </w:rPr>
            </w:pPr>
            <w:r>
              <w:rPr>
                <w:rFonts w:asciiTheme="majorHAnsi" w:hAnsiTheme="majorHAnsi" w:cstheme="majorHAnsi"/>
                <w:b/>
                <w:color w:val="1F4E78"/>
                <w:sz w:val="20"/>
                <w:lang w:val="de-DE"/>
              </w:rPr>
              <w:t>9</w:t>
            </w:r>
          </w:p>
        </w:tc>
        <w:tc>
          <w:tcPr>
            <w:tcW w:w="912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411A14A" w14:textId="57A50A28" w:rsidR="00613591" w:rsidRPr="00CA3295" w:rsidRDefault="00613591" w:rsidP="00613591">
            <w:pPr>
              <w:spacing w:after="0"/>
              <w:rPr>
                <w:rFonts w:asciiTheme="majorHAnsi" w:hAnsiTheme="majorHAnsi" w:cstheme="majorHAnsi"/>
                <w:lang w:val="de-DE"/>
              </w:rPr>
            </w:pPr>
            <w:r>
              <w:rPr>
                <w:rFonts w:asciiTheme="majorHAnsi" w:hAnsiTheme="majorHAnsi" w:cstheme="majorHAnsi"/>
                <w:lang w:val="de-DE"/>
              </w:rPr>
              <w:t>Vorbereitung der Präsentation</w:t>
            </w:r>
          </w:p>
        </w:tc>
      </w:tr>
    </w:tbl>
    <w:p w14:paraId="5730504A" w14:textId="510AD15B" w:rsidR="00FF6EEB" w:rsidRPr="00CA3295" w:rsidRDefault="008A360B" w:rsidP="00613591">
      <w:pPr>
        <w:spacing w:before="160" w:after="60"/>
        <w:rPr>
          <w:rFonts w:asciiTheme="majorHAnsi" w:hAnsiTheme="majorHAnsi" w:cstheme="majorHAnsi"/>
          <w:lang w:val="de-DE"/>
        </w:rPr>
      </w:pPr>
      <w:r w:rsidRPr="00CA3295">
        <w:rPr>
          <w:rFonts w:asciiTheme="majorHAnsi" w:hAnsiTheme="majorHAnsi" w:cstheme="majorHAnsi"/>
          <w:b/>
          <w:color w:val="1F4E78"/>
          <w:sz w:val="22"/>
          <w:lang w:val="de-DE"/>
        </w:rPr>
        <w:t>Hinweise zum Ausfüllen</w:t>
      </w:r>
    </w:p>
    <w:p w14:paraId="73850357" w14:textId="77777777" w:rsidR="00FF6EEB" w:rsidRPr="00CA3295" w:rsidRDefault="008A360B">
      <w:pPr>
        <w:spacing w:after="40"/>
        <w:ind w:left="198" w:hanging="113"/>
        <w:rPr>
          <w:rFonts w:asciiTheme="majorHAnsi" w:hAnsiTheme="majorHAnsi" w:cstheme="majorHAnsi"/>
          <w:lang w:val="de-DE"/>
        </w:rPr>
      </w:pPr>
      <w:r w:rsidRPr="00CA3295">
        <w:rPr>
          <w:rFonts w:asciiTheme="majorHAnsi" w:hAnsiTheme="majorHAnsi" w:cstheme="majorHAnsi"/>
          <w:color w:val="1F4E78"/>
          <w:lang w:val="de-DE"/>
        </w:rPr>
        <w:t xml:space="preserve">• </w:t>
      </w:r>
      <w:r w:rsidRPr="00CA3295">
        <w:rPr>
          <w:rFonts w:asciiTheme="majorHAnsi" w:hAnsiTheme="majorHAnsi" w:cstheme="majorHAnsi"/>
          <w:lang w:val="de-DE"/>
        </w:rPr>
        <w:t>Dokumentiere deinen tatsächlichen Arbeitsweg – auch Änderungen und verworfene Ideen können dazugehören.</w:t>
      </w:r>
    </w:p>
    <w:p w14:paraId="50DE265A" w14:textId="77777777" w:rsidR="00FF6EEB" w:rsidRPr="00CA3295" w:rsidRDefault="008A360B">
      <w:pPr>
        <w:spacing w:after="40"/>
        <w:ind w:left="198" w:hanging="113"/>
        <w:rPr>
          <w:rFonts w:asciiTheme="majorHAnsi" w:hAnsiTheme="majorHAnsi" w:cstheme="majorHAnsi"/>
          <w:lang w:val="de-DE"/>
        </w:rPr>
      </w:pPr>
      <w:r w:rsidRPr="00CA3295">
        <w:rPr>
          <w:rFonts w:asciiTheme="majorHAnsi" w:hAnsiTheme="majorHAnsi" w:cstheme="majorHAnsi"/>
          <w:color w:val="1F4E78"/>
          <w:lang w:val="de-DE"/>
        </w:rPr>
        <w:t xml:space="preserve">• </w:t>
      </w:r>
      <w:r w:rsidRPr="00CA3295">
        <w:rPr>
          <w:rFonts w:asciiTheme="majorHAnsi" w:hAnsiTheme="majorHAnsi" w:cstheme="majorHAnsi"/>
          <w:lang w:val="de-DE"/>
        </w:rPr>
        <w:t>Quellen müssen so angegeben sein, dass sie wiedergefunden werden können.</w:t>
      </w:r>
    </w:p>
    <w:p w14:paraId="75722D5F" w14:textId="77777777" w:rsidR="00FF6EEB" w:rsidRPr="00CA3295" w:rsidRDefault="008A360B">
      <w:pPr>
        <w:spacing w:after="40"/>
        <w:ind w:left="198" w:hanging="113"/>
        <w:rPr>
          <w:rFonts w:asciiTheme="majorHAnsi" w:hAnsiTheme="majorHAnsi" w:cstheme="majorHAnsi"/>
          <w:lang w:val="de-DE"/>
        </w:rPr>
      </w:pPr>
      <w:r w:rsidRPr="00CA3295">
        <w:rPr>
          <w:rFonts w:asciiTheme="majorHAnsi" w:hAnsiTheme="majorHAnsi" w:cstheme="majorHAnsi"/>
          <w:color w:val="1F4E78"/>
          <w:lang w:val="de-DE"/>
        </w:rPr>
        <w:t xml:space="preserve">• </w:t>
      </w:r>
      <w:r w:rsidRPr="00CA3295">
        <w:rPr>
          <w:rFonts w:asciiTheme="majorHAnsi" w:hAnsiTheme="majorHAnsi" w:cstheme="majorHAnsi"/>
          <w:lang w:val="de-DE"/>
        </w:rPr>
        <w:t>Wenn du KI oder andere digitale Werkzeuge nutzt, gib transparent an, wofür du sie eingesetzt hast.</w:t>
      </w:r>
    </w:p>
    <w:p w14:paraId="38439E2F" w14:textId="77777777" w:rsidR="00FF6EEB" w:rsidRPr="00CA3295" w:rsidRDefault="008A360B">
      <w:pPr>
        <w:rPr>
          <w:rFonts w:asciiTheme="majorHAnsi" w:hAnsiTheme="majorHAnsi" w:cstheme="majorHAnsi"/>
          <w:lang w:val="de-DE"/>
        </w:rPr>
      </w:pPr>
      <w:r w:rsidRPr="00CA3295">
        <w:rPr>
          <w:rFonts w:asciiTheme="majorHAnsi" w:hAnsiTheme="majorHAnsi" w:cstheme="majorHAnsi"/>
          <w:lang w:val="de-DE"/>
        </w:rPr>
        <w:br w:type="page"/>
      </w:r>
    </w:p>
    <w:p w14:paraId="132558C1" w14:textId="201E2226" w:rsidR="00FF6EEB" w:rsidRPr="001C728F" w:rsidRDefault="008A360B" w:rsidP="001C728F">
      <w:pPr>
        <w:spacing w:after="120"/>
        <w:rPr>
          <w:rFonts w:asciiTheme="majorHAnsi" w:hAnsiTheme="majorHAnsi" w:cstheme="majorHAnsi"/>
          <w:color w:val="4F81BD" w:themeColor="accent1"/>
          <w:sz w:val="26"/>
          <w:szCs w:val="26"/>
          <w:lang w:val="de-DE"/>
        </w:rPr>
      </w:pPr>
      <w:r w:rsidRPr="00CA3295">
        <w:rPr>
          <w:rFonts w:asciiTheme="majorHAnsi" w:hAnsiTheme="majorHAnsi" w:cstheme="majorHAnsi"/>
          <w:b/>
          <w:color w:val="4F81BD" w:themeColor="accent1"/>
          <w:sz w:val="26"/>
          <w:szCs w:val="26"/>
          <w:lang w:val="de-DE"/>
        </w:rPr>
        <w:lastRenderedPageBreak/>
        <w:t>1 · FRAGESTELLUNG UND ZIEL</w:t>
      </w:r>
    </w:p>
    <w:tbl>
      <w:tblPr>
        <w:tblW w:w="0" w:type="auto"/>
        <w:jc w:val="center"/>
        <w:tblLayout w:type="fixed"/>
        <w:tblLook w:val="04A0" w:firstRow="1" w:lastRow="0" w:firstColumn="1" w:lastColumn="0" w:noHBand="0" w:noVBand="1"/>
      </w:tblPr>
      <w:tblGrid>
        <w:gridCol w:w="10256"/>
      </w:tblGrid>
      <w:tr w:rsidR="00FF6EEB" w:rsidRPr="00CA3295" w14:paraId="76EA957D" w14:textId="77777777">
        <w:trPr>
          <w:cantSplit/>
          <w:trHeight w:val="2267"/>
          <w:jc w:val="center"/>
        </w:trPr>
        <w:tc>
          <w:tcPr>
            <w:tcW w:w="10256" w:type="dxa"/>
            <w:tcBorders>
              <w:top w:val="single" w:sz="6" w:space="0" w:color="7E9DB9"/>
              <w:left w:val="single" w:sz="6" w:space="0" w:color="7E9DB9"/>
              <w:bottom w:val="single" w:sz="6" w:space="0" w:color="7E9DB9"/>
              <w:right w:val="single" w:sz="6" w:space="0" w:color="7E9DB9"/>
            </w:tcBorders>
            <w:tcMar>
              <w:top w:w="110" w:type="dxa"/>
              <w:left w:w="110" w:type="dxa"/>
              <w:bottom w:w="110" w:type="dxa"/>
              <w:right w:w="110" w:type="dxa"/>
            </w:tcMar>
          </w:tcPr>
          <w:p w14:paraId="1ACAB197"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1F4E78"/>
                <w:lang w:val="de-DE"/>
              </w:rPr>
              <w:t>Kurzbeschreibung der Fragestellung und des Vorhabens</w:t>
            </w:r>
          </w:p>
          <w:p w14:paraId="011C781B" w14:textId="77777777" w:rsidR="00FF6EEB" w:rsidRDefault="008A360B">
            <w:pPr>
              <w:spacing w:after="0"/>
              <w:rPr>
                <w:rFonts w:asciiTheme="majorHAnsi" w:hAnsiTheme="majorHAnsi" w:cstheme="majorHAnsi"/>
                <w:i/>
                <w:color w:val="5A646E"/>
                <w:sz w:val="18"/>
                <w:lang w:val="de-DE"/>
              </w:rPr>
            </w:pPr>
            <w:r w:rsidRPr="00CA3295">
              <w:rPr>
                <w:rFonts w:asciiTheme="majorHAnsi" w:hAnsiTheme="majorHAnsi" w:cstheme="majorHAnsi"/>
                <w:i/>
                <w:color w:val="5A646E"/>
                <w:sz w:val="18"/>
                <w:lang w:val="de-DE"/>
              </w:rPr>
              <w:t>Beschreibe in</w:t>
            </w:r>
            <w:r>
              <w:rPr>
                <w:rFonts w:asciiTheme="majorHAnsi" w:hAnsiTheme="majorHAnsi" w:cstheme="majorHAnsi"/>
                <w:i/>
                <w:color w:val="5A646E"/>
                <w:sz w:val="18"/>
                <w:lang w:val="de-DE"/>
              </w:rPr>
              <w:t xml:space="preserve"> </w:t>
            </w:r>
            <w:r w:rsidRPr="00CA3295">
              <w:rPr>
                <w:rFonts w:asciiTheme="majorHAnsi" w:hAnsiTheme="majorHAnsi" w:cstheme="majorHAnsi"/>
                <w:i/>
                <w:color w:val="5A646E"/>
                <w:sz w:val="18"/>
                <w:lang w:val="de-DE"/>
              </w:rPr>
              <w:t>5–8 Sätzen: Worum geht es? Warum ist die Frage wichtig? Was willst du untersuchen, erklären oder beurteilen?</w:t>
            </w:r>
          </w:p>
          <w:p w14:paraId="5AC9828D" w14:textId="77777777" w:rsidR="001C728F" w:rsidRDefault="001C728F">
            <w:pPr>
              <w:spacing w:after="0"/>
              <w:rPr>
                <w:rFonts w:asciiTheme="majorHAnsi" w:hAnsiTheme="majorHAnsi" w:cstheme="majorHAnsi"/>
                <w:i/>
                <w:color w:val="5A646E"/>
                <w:sz w:val="18"/>
                <w:lang w:val="de-DE"/>
              </w:rPr>
            </w:pPr>
          </w:p>
          <w:p w14:paraId="0DC34E03" w14:textId="77777777" w:rsidR="001C728F" w:rsidRDefault="001C728F">
            <w:pPr>
              <w:spacing w:after="0"/>
              <w:rPr>
                <w:rFonts w:asciiTheme="majorHAnsi" w:hAnsiTheme="majorHAnsi" w:cstheme="majorHAnsi"/>
                <w:i/>
                <w:color w:val="5A646E"/>
                <w:sz w:val="18"/>
                <w:lang w:val="de-DE"/>
              </w:rPr>
            </w:pPr>
          </w:p>
          <w:p w14:paraId="15250536" w14:textId="77777777" w:rsidR="001C728F" w:rsidRDefault="001C728F">
            <w:pPr>
              <w:spacing w:after="0"/>
              <w:rPr>
                <w:rFonts w:asciiTheme="majorHAnsi" w:hAnsiTheme="majorHAnsi" w:cstheme="majorHAnsi"/>
                <w:i/>
                <w:color w:val="5A646E"/>
                <w:sz w:val="18"/>
                <w:lang w:val="de-DE"/>
              </w:rPr>
            </w:pPr>
          </w:p>
          <w:p w14:paraId="32065071" w14:textId="77777777" w:rsidR="001C728F" w:rsidRDefault="001C728F">
            <w:pPr>
              <w:spacing w:after="0"/>
              <w:rPr>
                <w:rFonts w:asciiTheme="majorHAnsi" w:hAnsiTheme="majorHAnsi" w:cstheme="majorHAnsi"/>
                <w:i/>
                <w:color w:val="5A646E"/>
                <w:sz w:val="18"/>
                <w:lang w:val="de-DE"/>
              </w:rPr>
            </w:pPr>
          </w:p>
          <w:p w14:paraId="00FA7166" w14:textId="77777777" w:rsidR="001C728F" w:rsidRDefault="001C728F">
            <w:pPr>
              <w:spacing w:after="0"/>
              <w:rPr>
                <w:rFonts w:asciiTheme="majorHAnsi" w:hAnsiTheme="majorHAnsi" w:cstheme="majorHAnsi"/>
                <w:i/>
                <w:color w:val="5A646E"/>
                <w:sz w:val="18"/>
                <w:lang w:val="de-DE"/>
              </w:rPr>
            </w:pPr>
          </w:p>
          <w:p w14:paraId="171F1CEC" w14:textId="77777777" w:rsidR="001C728F" w:rsidRDefault="001C728F">
            <w:pPr>
              <w:spacing w:after="0"/>
              <w:rPr>
                <w:rFonts w:asciiTheme="majorHAnsi" w:hAnsiTheme="majorHAnsi" w:cstheme="majorHAnsi"/>
                <w:i/>
                <w:color w:val="5A646E"/>
                <w:sz w:val="18"/>
                <w:lang w:val="de-DE"/>
              </w:rPr>
            </w:pPr>
          </w:p>
          <w:p w14:paraId="255BB1FD" w14:textId="77777777" w:rsidR="001C728F" w:rsidRDefault="001C728F">
            <w:pPr>
              <w:spacing w:after="0"/>
              <w:rPr>
                <w:rFonts w:asciiTheme="majorHAnsi" w:hAnsiTheme="majorHAnsi" w:cstheme="majorHAnsi"/>
                <w:i/>
                <w:color w:val="5A646E"/>
                <w:sz w:val="18"/>
                <w:lang w:val="de-DE"/>
              </w:rPr>
            </w:pPr>
          </w:p>
          <w:p w14:paraId="1792A164" w14:textId="77777777" w:rsidR="001C728F" w:rsidRDefault="001C728F">
            <w:pPr>
              <w:spacing w:after="0"/>
              <w:rPr>
                <w:rFonts w:asciiTheme="majorHAnsi" w:hAnsiTheme="majorHAnsi" w:cstheme="majorHAnsi"/>
                <w:i/>
                <w:color w:val="5A646E"/>
                <w:sz w:val="18"/>
                <w:lang w:val="de-DE"/>
              </w:rPr>
            </w:pPr>
          </w:p>
          <w:p w14:paraId="742E759D" w14:textId="77777777" w:rsidR="001C728F" w:rsidRDefault="001C728F">
            <w:pPr>
              <w:spacing w:after="0"/>
              <w:rPr>
                <w:rFonts w:asciiTheme="majorHAnsi" w:hAnsiTheme="majorHAnsi" w:cstheme="majorHAnsi"/>
                <w:i/>
                <w:color w:val="5A646E"/>
                <w:sz w:val="18"/>
                <w:lang w:val="de-DE"/>
              </w:rPr>
            </w:pPr>
          </w:p>
          <w:p w14:paraId="331D5F76" w14:textId="77777777" w:rsidR="001C728F" w:rsidRDefault="001C728F">
            <w:pPr>
              <w:spacing w:after="0"/>
              <w:rPr>
                <w:rFonts w:asciiTheme="majorHAnsi" w:hAnsiTheme="majorHAnsi" w:cstheme="majorHAnsi"/>
                <w:i/>
                <w:color w:val="5A646E"/>
                <w:sz w:val="18"/>
                <w:lang w:val="de-DE"/>
              </w:rPr>
            </w:pPr>
          </w:p>
          <w:p w14:paraId="2C85B440" w14:textId="77777777" w:rsidR="001C728F" w:rsidRDefault="001C728F">
            <w:pPr>
              <w:spacing w:after="0"/>
              <w:rPr>
                <w:rFonts w:asciiTheme="majorHAnsi" w:hAnsiTheme="majorHAnsi" w:cstheme="majorHAnsi"/>
                <w:i/>
                <w:color w:val="5A646E"/>
                <w:sz w:val="18"/>
                <w:lang w:val="de-DE"/>
              </w:rPr>
            </w:pPr>
          </w:p>
          <w:p w14:paraId="6D0BC0A6" w14:textId="08E3F6F4" w:rsidR="001C728F" w:rsidRPr="00CA3295" w:rsidRDefault="001C728F">
            <w:pPr>
              <w:spacing w:after="0"/>
              <w:rPr>
                <w:rFonts w:asciiTheme="majorHAnsi" w:hAnsiTheme="majorHAnsi" w:cstheme="majorHAnsi"/>
                <w:lang w:val="de-DE"/>
              </w:rPr>
            </w:pPr>
          </w:p>
        </w:tc>
      </w:tr>
    </w:tbl>
    <w:p w14:paraId="2075DFE9" w14:textId="03241DED" w:rsidR="00FF6EEB" w:rsidRPr="00CA3295" w:rsidRDefault="008A360B">
      <w:pPr>
        <w:spacing w:before="140"/>
        <w:rPr>
          <w:rFonts w:asciiTheme="majorHAnsi" w:hAnsiTheme="majorHAnsi" w:cstheme="majorHAnsi"/>
          <w:color w:val="4F81BD" w:themeColor="accent1"/>
          <w:lang w:val="de-DE"/>
        </w:rPr>
      </w:pPr>
      <w:r w:rsidRPr="00CA3295">
        <w:rPr>
          <w:rFonts w:asciiTheme="majorHAnsi" w:hAnsiTheme="majorHAnsi" w:cstheme="majorHAnsi"/>
          <w:b/>
          <w:color w:val="4F81BD" w:themeColor="accent1"/>
          <w:sz w:val="26"/>
          <w:lang w:val="de-DE"/>
        </w:rPr>
        <w:t xml:space="preserve">2 · GLIEDERUNG DER </w:t>
      </w:r>
      <w:r w:rsidR="001C728F">
        <w:rPr>
          <w:rFonts w:asciiTheme="majorHAnsi" w:hAnsiTheme="majorHAnsi" w:cstheme="majorHAnsi"/>
          <w:b/>
          <w:color w:val="4F81BD" w:themeColor="accent1"/>
          <w:sz w:val="26"/>
          <w:lang w:val="de-DE"/>
        </w:rPr>
        <w:t xml:space="preserve">GEPLANTEN </w:t>
      </w:r>
      <w:r w:rsidRPr="00CA3295">
        <w:rPr>
          <w:rFonts w:asciiTheme="majorHAnsi" w:hAnsiTheme="majorHAnsi" w:cstheme="majorHAnsi"/>
          <w:b/>
          <w:color w:val="4F81BD" w:themeColor="accent1"/>
          <w:sz w:val="26"/>
          <w:lang w:val="de-DE"/>
        </w:rPr>
        <w:t>PRÄSENTATION</w:t>
      </w:r>
    </w:p>
    <w:tbl>
      <w:tblPr>
        <w:tblW w:w="0" w:type="auto"/>
        <w:jc w:val="center"/>
        <w:tblLayout w:type="fixed"/>
        <w:tblLook w:val="04A0" w:firstRow="1" w:lastRow="0" w:firstColumn="1" w:lastColumn="0" w:noHBand="0" w:noVBand="1"/>
      </w:tblPr>
      <w:tblGrid>
        <w:gridCol w:w="680"/>
        <w:gridCol w:w="3968"/>
        <w:gridCol w:w="5558"/>
      </w:tblGrid>
      <w:tr w:rsidR="00FF6EEB" w:rsidRPr="00CA3295" w14:paraId="747EC033" w14:textId="77777777" w:rsidTr="00CA3295">
        <w:trPr>
          <w:cantSplit/>
          <w:jc w:val="center"/>
        </w:trPr>
        <w:tc>
          <w:tcPr>
            <w:tcW w:w="10206" w:type="dxa"/>
            <w:gridSpan w:val="3"/>
            <w:tcBorders>
              <w:top w:val="single" w:sz="7" w:space="0" w:color="7E9DB9"/>
              <w:left w:val="single" w:sz="7" w:space="0" w:color="7E9DB9"/>
              <w:bottom w:val="single" w:sz="7" w:space="0" w:color="7E9DB9"/>
              <w:right w:val="single" w:sz="7" w:space="0" w:color="7E9DB9"/>
            </w:tcBorders>
            <w:shd w:val="clear" w:color="auto" w:fill="EEF5F9"/>
            <w:tcMar>
              <w:top w:w="100" w:type="dxa"/>
              <w:left w:w="110" w:type="dxa"/>
              <w:bottom w:w="100" w:type="dxa"/>
              <w:right w:w="110" w:type="dxa"/>
            </w:tcMar>
          </w:tcPr>
          <w:p w14:paraId="651BBF17" w14:textId="7C1A7E39"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1F4E78"/>
                <w:lang w:val="de-DE"/>
              </w:rPr>
              <w:t xml:space="preserve">Hinweis: </w:t>
            </w:r>
            <w:r w:rsidR="001C728F" w:rsidRPr="001C728F">
              <w:rPr>
                <w:rFonts w:asciiTheme="majorHAnsi" w:hAnsiTheme="majorHAnsi" w:cstheme="majorHAnsi"/>
                <w:lang w:val="de-DE"/>
              </w:rPr>
              <w:t>T</w:t>
            </w:r>
            <w:r w:rsidRPr="00CA3295">
              <w:rPr>
                <w:rFonts w:asciiTheme="majorHAnsi" w:hAnsiTheme="majorHAnsi" w:cstheme="majorHAnsi"/>
                <w:lang w:val="de-DE"/>
              </w:rPr>
              <w:t>rage hier die Fassung ein, die du für deine Präsentation planst</w:t>
            </w:r>
            <w:r w:rsidR="001C728F">
              <w:rPr>
                <w:rFonts w:asciiTheme="majorHAnsi" w:hAnsiTheme="majorHAnsi" w:cstheme="majorHAnsi"/>
                <w:lang w:val="de-DE"/>
              </w:rPr>
              <w:t xml:space="preserve"> oder hefte sie am Ende als Anhang an. </w:t>
            </w:r>
          </w:p>
        </w:tc>
      </w:tr>
      <w:tr w:rsidR="00FF6EEB" w:rsidRPr="00CA3295" w14:paraId="3263D72C" w14:textId="77777777" w:rsidTr="00CA3295">
        <w:trPr>
          <w:cantSplit/>
          <w:tblHeader/>
          <w:jc w:val="center"/>
        </w:trPr>
        <w:tc>
          <w:tcPr>
            <w:tcW w:w="68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3DA0657B"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Nr.</w:t>
            </w:r>
          </w:p>
        </w:tc>
        <w:tc>
          <w:tcPr>
            <w:tcW w:w="3968"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4D61EA63"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Gliederungspunkt / Überschrift</w:t>
            </w:r>
          </w:p>
        </w:tc>
        <w:tc>
          <w:tcPr>
            <w:tcW w:w="5558"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4069B57A"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Kurzer Inhalt / Schwerpunkt</w:t>
            </w:r>
          </w:p>
        </w:tc>
      </w:tr>
      <w:tr w:rsidR="00FF6EEB" w:rsidRPr="00CA3295" w14:paraId="215FA722"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B428242"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1</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18BFE90" w14:textId="77777777" w:rsidR="00FF6EEB" w:rsidRPr="00CA3295" w:rsidRDefault="00FF6EEB">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2B192F5" w14:textId="77777777" w:rsidR="00FF6EEB" w:rsidRPr="00CA3295" w:rsidRDefault="00FF6EEB">
            <w:pPr>
              <w:rPr>
                <w:rFonts w:asciiTheme="majorHAnsi" w:hAnsiTheme="majorHAnsi" w:cstheme="majorHAnsi"/>
                <w:lang w:val="de-DE"/>
              </w:rPr>
            </w:pPr>
          </w:p>
        </w:tc>
      </w:tr>
      <w:tr w:rsidR="00FF6EEB" w:rsidRPr="00CA3295" w14:paraId="1BED28FD"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D9B988B"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2</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537FA7F" w14:textId="77777777" w:rsidR="00FF6EEB" w:rsidRPr="00CA3295" w:rsidRDefault="00FF6EEB">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F918020" w14:textId="77777777" w:rsidR="00FF6EEB" w:rsidRPr="00CA3295" w:rsidRDefault="00FF6EEB">
            <w:pPr>
              <w:rPr>
                <w:rFonts w:asciiTheme="majorHAnsi" w:hAnsiTheme="majorHAnsi" w:cstheme="majorHAnsi"/>
                <w:lang w:val="de-DE"/>
              </w:rPr>
            </w:pPr>
          </w:p>
        </w:tc>
      </w:tr>
      <w:tr w:rsidR="00FF6EEB" w:rsidRPr="00CA3295" w14:paraId="20EA5032"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44A31D2"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3</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D66432B" w14:textId="77777777" w:rsidR="00FF6EEB" w:rsidRPr="00CA3295" w:rsidRDefault="00FF6EEB">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72BA875" w14:textId="77777777" w:rsidR="00FF6EEB" w:rsidRPr="00CA3295" w:rsidRDefault="00FF6EEB">
            <w:pPr>
              <w:rPr>
                <w:rFonts w:asciiTheme="majorHAnsi" w:hAnsiTheme="majorHAnsi" w:cstheme="majorHAnsi"/>
                <w:lang w:val="de-DE"/>
              </w:rPr>
            </w:pPr>
          </w:p>
        </w:tc>
      </w:tr>
      <w:tr w:rsidR="00FF6EEB" w:rsidRPr="00CA3295" w14:paraId="7E38ECD5"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81350C6"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4</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80EA81F" w14:textId="77777777" w:rsidR="00FF6EEB" w:rsidRPr="00CA3295" w:rsidRDefault="00FF6EEB">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554B88D" w14:textId="77777777" w:rsidR="00FF6EEB" w:rsidRPr="00CA3295" w:rsidRDefault="00FF6EEB">
            <w:pPr>
              <w:rPr>
                <w:rFonts w:asciiTheme="majorHAnsi" w:hAnsiTheme="majorHAnsi" w:cstheme="majorHAnsi"/>
                <w:lang w:val="de-DE"/>
              </w:rPr>
            </w:pPr>
          </w:p>
        </w:tc>
      </w:tr>
      <w:tr w:rsidR="00FF6EEB" w:rsidRPr="00CA3295" w14:paraId="3852497A"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8E2B1FE"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5</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BD35EF9" w14:textId="77777777" w:rsidR="00FF6EEB" w:rsidRPr="00CA3295" w:rsidRDefault="00FF6EEB">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6EF6068" w14:textId="77777777" w:rsidR="00FF6EEB" w:rsidRPr="00CA3295" w:rsidRDefault="00FF6EEB">
            <w:pPr>
              <w:rPr>
                <w:rFonts w:asciiTheme="majorHAnsi" w:hAnsiTheme="majorHAnsi" w:cstheme="majorHAnsi"/>
                <w:lang w:val="de-DE"/>
              </w:rPr>
            </w:pPr>
          </w:p>
        </w:tc>
      </w:tr>
      <w:tr w:rsidR="00FF6EEB" w:rsidRPr="00CA3295" w14:paraId="456B4C40"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7D9A30A"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6</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35088AF" w14:textId="77777777" w:rsidR="00FF6EEB" w:rsidRPr="00CA3295" w:rsidRDefault="00FF6EEB">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3985114" w14:textId="77777777" w:rsidR="00FF6EEB" w:rsidRPr="00CA3295" w:rsidRDefault="00FF6EEB">
            <w:pPr>
              <w:rPr>
                <w:rFonts w:asciiTheme="majorHAnsi" w:hAnsiTheme="majorHAnsi" w:cstheme="majorHAnsi"/>
                <w:lang w:val="de-DE"/>
              </w:rPr>
            </w:pPr>
          </w:p>
        </w:tc>
      </w:tr>
      <w:tr w:rsidR="00FF6EEB" w:rsidRPr="00CA3295" w14:paraId="6306923F"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05917E1"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7</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4F5EA68" w14:textId="77777777" w:rsidR="00FF6EEB" w:rsidRPr="00CA3295" w:rsidRDefault="00FF6EEB">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92E5F30" w14:textId="77777777" w:rsidR="00FF6EEB" w:rsidRPr="00CA3295" w:rsidRDefault="00FF6EEB">
            <w:pPr>
              <w:rPr>
                <w:rFonts w:asciiTheme="majorHAnsi" w:hAnsiTheme="majorHAnsi" w:cstheme="majorHAnsi"/>
                <w:lang w:val="de-DE"/>
              </w:rPr>
            </w:pPr>
          </w:p>
        </w:tc>
      </w:tr>
      <w:tr w:rsidR="001C728F" w:rsidRPr="00CA3295" w14:paraId="550FD970"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4A92CEA" w14:textId="17D20256" w:rsidR="001C728F" w:rsidRPr="00CA3295" w:rsidRDefault="001C728F">
            <w:pPr>
              <w:spacing w:after="0"/>
              <w:jc w:val="center"/>
              <w:rPr>
                <w:rFonts w:asciiTheme="majorHAnsi" w:hAnsiTheme="majorHAnsi" w:cstheme="majorHAnsi"/>
                <w:color w:val="5A646E"/>
                <w:sz w:val="19"/>
                <w:lang w:val="de-DE"/>
              </w:rPr>
            </w:pPr>
            <w:r>
              <w:rPr>
                <w:rFonts w:asciiTheme="majorHAnsi" w:hAnsiTheme="majorHAnsi" w:cstheme="majorHAnsi"/>
                <w:color w:val="5A646E"/>
                <w:sz w:val="19"/>
                <w:lang w:val="de-DE"/>
              </w:rPr>
              <w:t>8</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92D0172" w14:textId="77777777" w:rsidR="001C728F" w:rsidRPr="00CA3295" w:rsidRDefault="001C728F">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E9D5697" w14:textId="77777777" w:rsidR="001C728F" w:rsidRPr="00CA3295" w:rsidRDefault="001C728F">
            <w:pPr>
              <w:rPr>
                <w:rFonts w:asciiTheme="majorHAnsi" w:hAnsiTheme="majorHAnsi" w:cstheme="majorHAnsi"/>
                <w:lang w:val="de-DE"/>
              </w:rPr>
            </w:pPr>
          </w:p>
        </w:tc>
      </w:tr>
      <w:tr w:rsidR="001C728F" w:rsidRPr="00CA3295" w14:paraId="2AFB718E"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5495A45" w14:textId="6EB05CC7" w:rsidR="001C728F" w:rsidRPr="00CA3295" w:rsidRDefault="001C728F">
            <w:pPr>
              <w:spacing w:after="0"/>
              <w:jc w:val="center"/>
              <w:rPr>
                <w:rFonts w:asciiTheme="majorHAnsi" w:hAnsiTheme="majorHAnsi" w:cstheme="majorHAnsi"/>
                <w:color w:val="5A646E"/>
                <w:sz w:val="19"/>
                <w:lang w:val="de-DE"/>
              </w:rPr>
            </w:pPr>
            <w:r>
              <w:rPr>
                <w:rFonts w:asciiTheme="majorHAnsi" w:hAnsiTheme="majorHAnsi" w:cstheme="majorHAnsi"/>
                <w:color w:val="5A646E"/>
                <w:sz w:val="19"/>
                <w:lang w:val="de-DE"/>
              </w:rPr>
              <w:t>9</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A18DFE8" w14:textId="77777777" w:rsidR="001C728F" w:rsidRPr="00CA3295" w:rsidRDefault="001C728F">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752B521" w14:textId="77777777" w:rsidR="001C728F" w:rsidRPr="00CA3295" w:rsidRDefault="001C728F">
            <w:pPr>
              <w:rPr>
                <w:rFonts w:asciiTheme="majorHAnsi" w:hAnsiTheme="majorHAnsi" w:cstheme="majorHAnsi"/>
                <w:lang w:val="de-DE"/>
              </w:rPr>
            </w:pPr>
          </w:p>
        </w:tc>
      </w:tr>
      <w:tr w:rsidR="001C728F" w:rsidRPr="00CA3295" w14:paraId="24BE46DD"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5295976" w14:textId="156C5DD1" w:rsidR="001C728F" w:rsidRPr="00CA3295" w:rsidRDefault="001C728F">
            <w:pPr>
              <w:spacing w:after="0"/>
              <w:jc w:val="center"/>
              <w:rPr>
                <w:rFonts w:asciiTheme="majorHAnsi" w:hAnsiTheme="majorHAnsi" w:cstheme="majorHAnsi"/>
                <w:color w:val="5A646E"/>
                <w:sz w:val="19"/>
                <w:lang w:val="de-DE"/>
              </w:rPr>
            </w:pPr>
            <w:r>
              <w:rPr>
                <w:rFonts w:asciiTheme="majorHAnsi" w:hAnsiTheme="majorHAnsi" w:cstheme="majorHAnsi"/>
                <w:color w:val="5A646E"/>
                <w:sz w:val="19"/>
                <w:lang w:val="de-DE"/>
              </w:rPr>
              <w:t>10</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E59E353" w14:textId="77777777" w:rsidR="001C728F" w:rsidRPr="00CA3295" w:rsidRDefault="001C728F">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972D0BA" w14:textId="77777777" w:rsidR="001C728F" w:rsidRPr="00CA3295" w:rsidRDefault="001C728F">
            <w:pPr>
              <w:rPr>
                <w:rFonts w:asciiTheme="majorHAnsi" w:hAnsiTheme="majorHAnsi" w:cstheme="majorHAnsi"/>
                <w:lang w:val="de-DE"/>
              </w:rPr>
            </w:pPr>
          </w:p>
        </w:tc>
      </w:tr>
      <w:tr w:rsidR="001C728F" w:rsidRPr="00CA3295" w14:paraId="239EA2A3" w14:textId="77777777" w:rsidTr="00CA3295">
        <w:trPr>
          <w:cantSplit/>
          <w:trHeight w:val="538"/>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77AE1E1" w14:textId="3B30F916" w:rsidR="001C728F" w:rsidRPr="00CA3295" w:rsidRDefault="001C728F">
            <w:pPr>
              <w:spacing w:after="0"/>
              <w:jc w:val="center"/>
              <w:rPr>
                <w:rFonts w:asciiTheme="majorHAnsi" w:hAnsiTheme="majorHAnsi" w:cstheme="majorHAnsi"/>
                <w:color w:val="5A646E"/>
                <w:sz w:val="19"/>
                <w:lang w:val="de-DE"/>
              </w:rPr>
            </w:pPr>
            <w:r>
              <w:rPr>
                <w:rFonts w:asciiTheme="majorHAnsi" w:hAnsiTheme="majorHAnsi" w:cstheme="majorHAnsi"/>
                <w:color w:val="5A646E"/>
                <w:sz w:val="19"/>
                <w:lang w:val="de-DE"/>
              </w:rPr>
              <w:t>11</w:t>
            </w:r>
          </w:p>
        </w:tc>
        <w:tc>
          <w:tcPr>
            <w:tcW w:w="396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0382465" w14:textId="77777777" w:rsidR="001C728F" w:rsidRPr="00CA3295" w:rsidRDefault="001C728F">
            <w:pPr>
              <w:rPr>
                <w:rFonts w:asciiTheme="majorHAnsi" w:hAnsiTheme="majorHAnsi" w:cstheme="majorHAnsi"/>
                <w:lang w:val="de-DE"/>
              </w:rPr>
            </w:pPr>
          </w:p>
        </w:tc>
        <w:tc>
          <w:tcPr>
            <w:tcW w:w="55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4D8FE3F" w14:textId="77777777" w:rsidR="001C728F" w:rsidRPr="00CA3295" w:rsidRDefault="001C728F">
            <w:pPr>
              <w:rPr>
                <w:rFonts w:asciiTheme="majorHAnsi" w:hAnsiTheme="majorHAnsi" w:cstheme="majorHAnsi"/>
                <w:lang w:val="de-DE"/>
              </w:rPr>
            </w:pPr>
          </w:p>
        </w:tc>
      </w:tr>
    </w:tbl>
    <w:p w14:paraId="0E25649D" w14:textId="77777777" w:rsidR="00FF6EEB" w:rsidRPr="00CA3295" w:rsidRDefault="008A360B">
      <w:pPr>
        <w:rPr>
          <w:rFonts w:asciiTheme="majorHAnsi" w:hAnsiTheme="majorHAnsi" w:cstheme="majorHAnsi"/>
          <w:lang w:val="de-DE"/>
        </w:rPr>
      </w:pPr>
      <w:r w:rsidRPr="00CA3295">
        <w:rPr>
          <w:rFonts w:asciiTheme="majorHAnsi" w:hAnsiTheme="majorHAnsi" w:cstheme="majorHAnsi"/>
          <w:lang w:val="de-DE"/>
        </w:rPr>
        <w:br w:type="page"/>
      </w:r>
    </w:p>
    <w:p w14:paraId="7657B2E3" w14:textId="77777777" w:rsidR="001C728F" w:rsidRPr="00CA3295" w:rsidRDefault="008A360B" w:rsidP="001C728F">
      <w:pPr>
        <w:spacing w:after="120"/>
        <w:rPr>
          <w:rFonts w:asciiTheme="majorHAnsi" w:hAnsiTheme="majorHAnsi" w:cstheme="majorHAnsi"/>
          <w:color w:val="4F81BD" w:themeColor="accent1"/>
          <w:sz w:val="26"/>
          <w:szCs w:val="26"/>
          <w:lang w:val="de-DE"/>
        </w:rPr>
      </w:pPr>
      <w:r w:rsidRPr="00CA3295">
        <w:rPr>
          <w:rFonts w:asciiTheme="majorHAnsi" w:hAnsiTheme="majorHAnsi" w:cstheme="majorHAnsi"/>
          <w:b/>
          <w:color w:val="4F81BD" w:themeColor="accent1"/>
          <w:sz w:val="26"/>
          <w:szCs w:val="26"/>
          <w:lang w:val="de-DE"/>
        </w:rPr>
        <w:lastRenderedPageBreak/>
        <w:t xml:space="preserve"> </w:t>
      </w:r>
      <w:r w:rsidR="001C728F">
        <w:rPr>
          <w:rFonts w:asciiTheme="majorHAnsi" w:hAnsiTheme="majorHAnsi" w:cstheme="majorHAnsi"/>
          <w:b/>
          <w:color w:val="4F81BD" w:themeColor="accent1"/>
          <w:sz w:val="26"/>
          <w:szCs w:val="26"/>
          <w:lang w:val="de-DE"/>
        </w:rPr>
        <w:t>3</w:t>
      </w:r>
      <w:r w:rsidR="001C728F" w:rsidRPr="00CA3295">
        <w:rPr>
          <w:rFonts w:asciiTheme="majorHAnsi" w:hAnsiTheme="majorHAnsi" w:cstheme="majorHAnsi"/>
          <w:b/>
          <w:color w:val="4F81BD" w:themeColor="accent1"/>
          <w:sz w:val="26"/>
          <w:szCs w:val="26"/>
          <w:lang w:val="de-DE"/>
        </w:rPr>
        <w:t xml:space="preserve"> · QUELLENVERZEICHNIS</w:t>
      </w:r>
    </w:p>
    <w:tbl>
      <w:tblPr>
        <w:tblW w:w="0" w:type="auto"/>
        <w:jc w:val="center"/>
        <w:tblLayout w:type="fixed"/>
        <w:tblLook w:val="04A0" w:firstRow="1" w:lastRow="0" w:firstColumn="1" w:lastColumn="0" w:noHBand="0" w:noVBand="1"/>
      </w:tblPr>
      <w:tblGrid>
        <w:gridCol w:w="9781"/>
      </w:tblGrid>
      <w:tr w:rsidR="001C728F" w:rsidRPr="00CA3295" w14:paraId="6D796378" w14:textId="77777777" w:rsidTr="009E17CC">
        <w:trPr>
          <w:cantSplit/>
          <w:jc w:val="center"/>
        </w:trPr>
        <w:tc>
          <w:tcPr>
            <w:tcW w:w="9781" w:type="dxa"/>
            <w:tcBorders>
              <w:top w:val="single" w:sz="7" w:space="0" w:color="7E9DB9"/>
              <w:left w:val="single" w:sz="7" w:space="0" w:color="7E9DB9"/>
              <w:bottom w:val="single" w:sz="7" w:space="0" w:color="7E9DB9"/>
              <w:right w:val="single" w:sz="7" w:space="0" w:color="7E9DB9"/>
            </w:tcBorders>
            <w:shd w:val="clear" w:color="auto" w:fill="EEF5F9"/>
            <w:tcMar>
              <w:top w:w="100" w:type="dxa"/>
              <w:left w:w="110" w:type="dxa"/>
              <w:bottom w:w="100" w:type="dxa"/>
              <w:right w:w="110" w:type="dxa"/>
            </w:tcMar>
          </w:tcPr>
          <w:p w14:paraId="1D76B138" w14:textId="37AC62B8" w:rsidR="001C728F" w:rsidRPr="00CA3295" w:rsidRDefault="001C728F" w:rsidP="009E17CC">
            <w:pPr>
              <w:spacing w:after="0"/>
              <w:rPr>
                <w:rFonts w:asciiTheme="majorHAnsi" w:hAnsiTheme="majorHAnsi" w:cstheme="majorHAnsi"/>
                <w:lang w:val="de-DE"/>
              </w:rPr>
            </w:pPr>
            <w:r w:rsidRPr="00CA3295">
              <w:rPr>
                <w:rFonts w:asciiTheme="majorHAnsi" w:hAnsiTheme="majorHAnsi" w:cstheme="majorHAnsi"/>
                <w:b/>
                <w:color w:val="1F4E78"/>
                <w:lang w:val="de-DE"/>
              </w:rPr>
              <w:t xml:space="preserve">Verbindlich: </w:t>
            </w:r>
            <w:r w:rsidRPr="00CA3295">
              <w:rPr>
                <w:rFonts w:asciiTheme="majorHAnsi" w:hAnsiTheme="majorHAnsi" w:cstheme="majorHAnsi"/>
                <w:lang w:val="de-DE"/>
              </w:rPr>
              <w:t>Gib alle Quellen an, die du für die Vorbereitung tatsächlich verwendet hast. Die Angaben müssen so genau sein, dass die Quelle wiedergefunden werden kann. Bei Internetquellen gehört das Datum des letzten Zugriffs dazu.</w:t>
            </w:r>
            <w:r>
              <w:rPr>
                <w:rFonts w:asciiTheme="majorHAnsi" w:hAnsiTheme="majorHAnsi" w:cstheme="majorHAnsi"/>
                <w:lang w:val="de-DE"/>
              </w:rPr>
              <w:t xml:space="preserve"> </w:t>
            </w:r>
            <w:r w:rsidRPr="00816049">
              <w:rPr>
                <w:rFonts w:ascii="Calibri" w:hAnsi="Calibri" w:cs="Calibri"/>
                <w:sz w:val="24"/>
                <w:szCs w:val="24"/>
                <w:lang w:val="de-DE"/>
              </w:rPr>
              <w:t xml:space="preserve">(Bei Bedarf weitere Zeilen </w:t>
            </w:r>
            <w:r>
              <w:rPr>
                <w:rFonts w:ascii="Calibri" w:hAnsi="Calibri" w:cs="Calibri"/>
                <w:sz w:val="24"/>
                <w:szCs w:val="24"/>
                <w:lang w:val="de-DE"/>
              </w:rPr>
              <w:t xml:space="preserve">auf einem Extrablatt </w:t>
            </w:r>
            <w:r w:rsidRPr="00816049">
              <w:rPr>
                <w:rFonts w:ascii="Calibri" w:hAnsi="Calibri" w:cs="Calibri"/>
                <w:sz w:val="24"/>
                <w:szCs w:val="24"/>
                <w:lang w:val="de-DE"/>
              </w:rPr>
              <w:t>ergänzen.)</w:t>
            </w:r>
          </w:p>
        </w:tc>
      </w:tr>
    </w:tbl>
    <w:p w14:paraId="64E9E049" w14:textId="77777777" w:rsidR="001C728F" w:rsidRPr="00CA3295" w:rsidRDefault="001C728F" w:rsidP="001C728F">
      <w:pPr>
        <w:spacing w:before="140"/>
        <w:rPr>
          <w:rFonts w:asciiTheme="majorHAnsi" w:hAnsiTheme="majorHAnsi" w:cstheme="majorHAnsi"/>
          <w:lang w:val="de-DE"/>
        </w:rPr>
      </w:pPr>
      <w:r w:rsidRPr="00CA3295">
        <w:rPr>
          <w:rFonts w:asciiTheme="majorHAnsi" w:hAnsiTheme="majorHAnsi" w:cstheme="majorHAnsi"/>
          <w:b/>
          <w:color w:val="1F4E78"/>
          <w:sz w:val="26"/>
          <w:lang w:val="de-DE"/>
        </w:rPr>
        <w:t>Bücher, Zeitschriften, Zeitungen und andere gedruckte Quellen</w:t>
      </w:r>
    </w:p>
    <w:tbl>
      <w:tblPr>
        <w:tblW w:w="0" w:type="auto"/>
        <w:jc w:val="center"/>
        <w:tblLayout w:type="fixed"/>
        <w:tblLook w:val="04A0" w:firstRow="1" w:lastRow="0" w:firstColumn="1" w:lastColumn="0" w:noHBand="0" w:noVBand="1"/>
      </w:tblPr>
      <w:tblGrid>
        <w:gridCol w:w="680"/>
        <w:gridCol w:w="9070"/>
      </w:tblGrid>
      <w:tr w:rsidR="001C728F" w:rsidRPr="00CA3295" w14:paraId="13F0F7A7" w14:textId="77777777" w:rsidTr="009E17CC">
        <w:trPr>
          <w:cantSplit/>
          <w:jc w:val="center"/>
        </w:trPr>
        <w:tc>
          <w:tcPr>
            <w:tcW w:w="68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7B4E4DB9"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Nr.</w:t>
            </w:r>
          </w:p>
        </w:tc>
        <w:tc>
          <w:tcPr>
            <w:tcW w:w="907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0608A00E"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Quellenangabe</w:t>
            </w:r>
          </w:p>
        </w:tc>
      </w:tr>
      <w:tr w:rsidR="001C728F" w:rsidRPr="00CA3295" w14:paraId="1580B86D" w14:textId="77777777" w:rsidTr="009E17CC">
        <w:trPr>
          <w:cantSplit/>
          <w:trHeight w:val="453"/>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E598ED9"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1</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CC9D1C1" w14:textId="77777777" w:rsidR="001C728F" w:rsidRPr="00CA3295" w:rsidRDefault="001C728F" w:rsidP="009E17CC">
            <w:pPr>
              <w:rPr>
                <w:rFonts w:asciiTheme="majorHAnsi" w:hAnsiTheme="majorHAnsi" w:cstheme="majorHAnsi"/>
                <w:lang w:val="de-DE"/>
              </w:rPr>
            </w:pPr>
          </w:p>
        </w:tc>
      </w:tr>
      <w:tr w:rsidR="001C728F" w:rsidRPr="00CA3295" w14:paraId="2D5E392B" w14:textId="77777777" w:rsidTr="009E17CC">
        <w:trPr>
          <w:cantSplit/>
          <w:trHeight w:val="453"/>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62FE2E0"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2</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61F6478" w14:textId="77777777" w:rsidR="001C728F" w:rsidRPr="00CA3295" w:rsidRDefault="001C728F" w:rsidP="009E17CC">
            <w:pPr>
              <w:rPr>
                <w:rFonts w:asciiTheme="majorHAnsi" w:hAnsiTheme="majorHAnsi" w:cstheme="majorHAnsi"/>
                <w:lang w:val="de-DE"/>
              </w:rPr>
            </w:pPr>
          </w:p>
        </w:tc>
      </w:tr>
      <w:tr w:rsidR="001C728F" w:rsidRPr="00CA3295" w14:paraId="46BFF73D" w14:textId="77777777" w:rsidTr="009E17CC">
        <w:trPr>
          <w:cantSplit/>
          <w:trHeight w:val="453"/>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2C3FDEA"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3</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3F0C4F1" w14:textId="77777777" w:rsidR="001C728F" w:rsidRPr="00CA3295" w:rsidRDefault="001C728F" w:rsidP="009E17CC">
            <w:pPr>
              <w:rPr>
                <w:rFonts w:asciiTheme="majorHAnsi" w:hAnsiTheme="majorHAnsi" w:cstheme="majorHAnsi"/>
                <w:lang w:val="de-DE"/>
              </w:rPr>
            </w:pPr>
          </w:p>
        </w:tc>
      </w:tr>
      <w:tr w:rsidR="001C728F" w:rsidRPr="00CA3295" w14:paraId="55C6276D" w14:textId="77777777" w:rsidTr="009E17CC">
        <w:trPr>
          <w:cantSplit/>
          <w:trHeight w:val="453"/>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D7CC703"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4</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6EB8E7D" w14:textId="77777777" w:rsidR="001C728F" w:rsidRPr="00CA3295" w:rsidRDefault="001C728F" w:rsidP="009E17CC">
            <w:pPr>
              <w:rPr>
                <w:rFonts w:asciiTheme="majorHAnsi" w:hAnsiTheme="majorHAnsi" w:cstheme="majorHAnsi"/>
                <w:lang w:val="de-DE"/>
              </w:rPr>
            </w:pPr>
          </w:p>
        </w:tc>
      </w:tr>
    </w:tbl>
    <w:p w14:paraId="2DE36E85" w14:textId="77777777" w:rsidR="001C728F" w:rsidRPr="00CA3295" w:rsidRDefault="001C728F" w:rsidP="001C728F">
      <w:pPr>
        <w:spacing w:before="140"/>
        <w:rPr>
          <w:rFonts w:asciiTheme="majorHAnsi" w:hAnsiTheme="majorHAnsi" w:cstheme="majorHAnsi"/>
          <w:lang w:val="de-DE"/>
        </w:rPr>
      </w:pPr>
      <w:r w:rsidRPr="00CA3295">
        <w:rPr>
          <w:rFonts w:asciiTheme="majorHAnsi" w:hAnsiTheme="majorHAnsi" w:cstheme="majorHAnsi"/>
          <w:b/>
          <w:color w:val="1F4E78"/>
          <w:sz w:val="26"/>
          <w:lang w:val="de-DE"/>
        </w:rPr>
        <w:t>Internetquellen und digitale Veröffentlichungen</w:t>
      </w:r>
    </w:p>
    <w:tbl>
      <w:tblPr>
        <w:tblW w:w="0" w:type="auto"/>
        <w:jc w:val="center"/>
        <w:tblLayout w:type="fixed"/>
        <w:tblLook w:val="04A0" w:firstRow="1" w:lastRow="0" w:firstColumn="1" w:lastColumn="0" w:noHBand="0" w:noVBand="1"/>
      </w:tblPr>
      <w:tblGrid>
        <w:gridCol w:w="680"/>
        <w:gridCol w:w="6916"/>
        <w:gridCol w:w="2154"/>
      </w:tblGrid>
      <w:tr w:rsidR="001C728F" w:rsidRPr="00CA3295" w14:paraId="06B5AB08" w14:textId="77777777" w:rsidTr="009E17CC">
        <w:trPr>
          <w:cantSplit/>
          <w:jc w:val="center"/>
        </w:trPr>
        <w:tc>
          <w:tcPr>
            <w:tcW w:w="68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0913A9B4"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Nr.</w:t>
            </w:r>
          </w:p>
        </w:tc>
        <w:tc>
          <w:tcPr>
            <w:tcW w:w="6916"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52621982"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Titel / Anbieter / Internetadresse</w:t>
            </w:r>
          </w:p>
        </w:tc>
        <w:tc>
          <w:tcPr>
            <w:tcW w:w="2154"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8797622"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letzter Zugriff</w:t>
            </w:r>
          </w:p>
        </w:tc>
      </w:tr>
      <w:tr w:rsidR="001C728F" w:rsidRPr="00CA3295" w14:paraId="2085CDC3" w14:textId="77777777" w:rsidTr="009E17CC">
        <w:trPr>
          <w:cantSplit/>
          <w:trHeight w:val="476"/>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26EF99F"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1</w:t>
            </w:r>
          </w:p>
        </w:tc>
        <w:tc>
          <w:tcPr>
            <w:tcW w:w="691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66B0693" w14:textId="77777777" w:rsidR="001C728F" w:rsidRPr="00CA3295" w:rsidRDefault="001C728F" w:rsidP="009E17CC">
            <w:pPr>
              <w:rPr>
                <w:rFonts w:asciiTheme="majorHAnsi" w:hAnsiTheme="majorHAnsi" w:cstheme="majorHAnsi"/>
                <w:lang w:val="de-DE"/>
              </w:rPr>
            </w:pPr>
          </w:p>
        </w:tc>
        <w:tc>
          <w:tcPr>
            <w:tcW w:w="215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2E82FFE" w14:textId="77777777" w:rsidR="001C728F" w:rsidRPr="00CA3295" w:rsidRDefault="001C728F" w:rsidP="009E17CC">
            <w:pPr>
              <w:rPr>
                <w:rFonts w:asciiTheme="majorHAnsi" w:hAnsiTheme="majorHAnsi" w:cstheme="majorHAnsi"/>
                <w:lang w:val="de-DE"/>
              </w:rPr>
            </w:pPr>
          </w:p>
        </w:tc>
      </w:tr>
      <w:tr w:rsidR="001C728F" w:rsidRPr="00CA3295" w14:paraId="620BE9AD" w14:textId="77777777" w:rsidTr="009E17CC">
        <w:trPr>
          <w:cantSplit/>
          <w:trHeight w:val="476"/>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83364F1"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2</w:t>
            </w:r>
          </w:p>
        </w:tc>
        <w:tc>
          <w:tcPr>
            <w:tcW w:w="691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6B45DBF" w14:textId="77777777" w:rsidR="001C728F" w:rsidRPr="00CA3295" w:rsidRDefault="001C728F" w:rsidP="009E17CC">
            <w:pPr>
              <w:rPr>
                <w:rFonts w:asciiTheme="majorHAnsi" w:hAnsiTheme="majorHAnsi" w:cstheme="majorHAnsi"/>
                <w:lang w:val="de-DE"/>
              </w:rPr>
            </w:pPr>
          </w:p>
        </w:tc>
        <w:tc>
          <w:tcPr>
            <w:tcW w:w="215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07D4D52" w14:textId="77777777" w:rsidR="001C728F" w:rsidRPr="00CA3295" w:rsidRDefault="001C728F" w:rsidP="009E17CC">
            <w:pPr>
              <w:rPr>
                <w:rFonts w:asciiTheme="majorHAnsi" w:hAnsiTheme="majorHAnsi" w:cstheme="majorHAnsi"/>
                <w:lang w:val="de-DE"/>
              </w:rPr>
            </w:pPr>
          </w:p>
        </w:tc>
      </w:tr>
      <w:tr w:rsidR="001C728F" w:rsidRPr="00CA3295" w14:paraId="553B6B3C" w14:textId="77777777" w:rsidTr="009E17CC">
        <w:trPr>
          <w:cantSplit/>
          <w:trHeight w:val="476"/>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E107619"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3</w:t>
            </w:r>
          </w:p>
        </w:tc>
        <w:tc>
          <w:tcPr>
            <w:tcW w:w="691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88FAA19" w14:textId="77777777" w:rsidR="001C728F" w:rsidRPr="00CA3295" w:rsidRDefault="001C728F" w:rsidP="009E17CC">
            <w:pPr>
              <w:rPr>
                <w:rFonts w:asciiTheme="majorHAnsi" w:hAnsiTheme="majorHAnsi" w:cstheme="majorHAnsi"/>
                <w:lang w:val="de-DE"/>
              </w:rPr>
            </w:pPr>
          </w:p>
        </w:tc>
        <w:tc>
          <w:tcPr>
            <w:tcW w:w="215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A7D553B" w14:textId="77777777" w:rsidR="001C728F" w:rsidRPr="00CA3295" w:rsidRDefault="001C728F" w:rsidP="009E17CC">
            <w:pPr>
              <w:rPr>
                <w:rFonts w:asciiTheme="majorHAnsi" w:hAnsiTheme="majorHAnsi" w:cstheme="majorHAnsi"/>
                <w:lang w:val="de-DE"/>
              </w:rPr>
            </w:pPr>
          </w:p>
        </w:tc>
      </w:tr>
      <w:tr w:rsidR="001C728F" w:rsidRPr="00CA3295" w14:paraId="2C3A949A" w14:textId="77777777" w:rsidTr="009E17CC">
        <w:trPr>
          <w:cantSplit/>
          <w:trHeight w:val="476"/>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38DBC7A"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4</w:t>
            </w:r>
          </w:p>
        </w:tc>
        <w:tc>
          <w:tcPr>
            <w:tcW w:w="691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F8492CC" w14:textId="77777777" w:rsidR="001C728F" w:rsidRPr="00CA3295" w:rsidRDefault="001C728F" w:rsidP="009E17CC">
            <w:pPr>
              <w:rPr>
                <w:rFonts w:asciiTheme="majorHAnsi" w:hAnsiTheme="majorHAnsi" w:cstheme="majorHAnsi"/>
                <w:lang w:val="de-DE"/>
              </w:rPr>
            </w:pPr>
          </w:p>
        </w:tc>
        <w:tc>
          <w:tcPr>
            <w:tcW w:w="215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C008D54" w14:textId="77777777" w:rsidR="001C728F" w:rsidRPr="00CA3295" w:rsidRDefault="001C728F" w:rsidP="009E17CC">
            <w:pPr>
              <w:rPr>
                <w:rFonts w:asciiTheme="majorHAnsi" w:hAnsiTheme="majorHAnsi" w:cstheme="majorHAnsi"/>
                <w:lang w:val="de-DE"/>
              </w:rPr>
            </w:pPr>
          </w:p>
        </w:tc>
      </w:tr>
      <w:tr w:rsidR="001C728F" w:rsidRPr="00CA3295" w14:paraId="0B3325C8" w14:textId="77777777" w:rsidTr="009E17CC">
        <w:trPr>
          <w:cantSplit/>
          <w:trHeight w:val="476"/>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E639D8D"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5</w:t>
            </w:r>
          </w:p>
        </w:tc>
        <w:tc>
          <w:tcPr>
            <w:tcW w:w="691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EA0209C" w14:textId="77777777" w:rsidR="001C728F" w:rsidRPr="00CA3295" w:rsidRDefault="001C728F" w:rsidP="009E17CC">
            <w:pPr>
              <w:rPr>
                <w:rFonts w:asciiTheme="majorHAnsi" w:hAnsiTheme="majorHAnsi" w:cstheme="majorHAnsi"/>
                <w:lang w:val="de-DE"/>
              </w:rPr>
            </w:pPr>
          </w:p>
        </w:tc>
        <w:tc>
          <w:tcPr>
            <w:tcW w:w="215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00FDA36" w14:textId="77777777" w:rsidR="001C728F" w:rsidRPr="00CA3295" w:rsidRDefault="001C728F" w:rsidP="009E17CC">
            <w:pPr>
              <w:rPr>
                <w:rFonts w:asciiTheme="majorHAnsi" w:hAnsiTheme="majorHAnsi" w:cstheme="majorHAnsi"/>
                <w:lang w:val="de-DE"/>
              </w:rPr>
            </w:pPr>
          </w:p>
        </w:tc>
      </w:tr>
      <w:tr w:rsidR="001C728F" w:rsidRPr="00CA3295" w14:paraId="46F268BB" w14:textId="77777777" w:rsidTr="009E17CC">
        <w:trPr>
          <w:cantSplit/>
          <w:trHeight w:val="476"/>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43D2D2B"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6</w:t>
            </w:r>
          </w:p>
        </w:tc>
        <w:tc>
          <w:tcPr>
            <w:tcW w:w="691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9FA9758" w14:textId="77777777" w:rsidR="001C728F" w:rsidRPr="00CA3295" w:rsidRDefault="001C728F" w:rsidP="009E17CC">
            <w:pPr>
              <w:rPr>
                <w:rFonts w:asciiTheme="majorHAnsi" w:hAnsiTheme="majorHAnsi" w:cstheme="majorHAnsi"/>
                <w:lang w:val="de-DE"/>
              </w:rPr>
            </w:pPr>
          </w:p>
        </w:tc>
        <w:tc>
          <w:tcPr>
            <w:tcW w:w="215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D8D0B2C" w14:textId="77777777" w:rsidR="001C728F" w:rsidRPr="00CA3295" w:rsidRDefault="001C728F" w:rsidP="009E17CC">
            <w:pPr>
              <w:rPr>
                <w:rFonts w:asciiTheme="majorHAnsi" w:hAnsiTheme="majorHAnsi" w:cstheme="majorHAnsi"/>
                <w:lang w:val="de-DE"/>
              </w:rPr>
            </w:pPr>
          </w:p>
        </w:tc>
      </w:tr>
    </w:tbl>
    <w:p w14:paraId="5CA8AE4A" w14:textId="77777777" w:rsidR="001C728F" w:rsidRPr="00CA3295" w:rsidRDefault="001C728F" w:rsidP="001C728F">
      <w:pPr>
        <w:spacing w:before="140"/>
        <w:rPr>
          <w:rFonts w:asciiTheme="majorHAnsi" w:hAnsiTheme="majorHAnsi" w:cstheme="majorHAnsi"/>
          <w:lang w:val="de-DE"/>
        </w:rPr>
      </w:pPr>
      <w:r w:rsidRPr="00CA3295">
        <w:rPr>
          <w:rFonts w:asciiTheme="majorHAnsi" w:hAnsiTheme="majorHAnsi" w:cstheme="majorHAnsi"/>
          <w:b/>
          <w:color w:val="1F4E78"/>
          <w:sz w:val="26"/>
          <w:lang w:val="de-DE"/>
        </w:rPr>
        <w:t>Bilder, Grafiken, Statistiken, Videos oder sonstige Materialien</w:t>
      </w:r>
    </w:p>
    <w:tbl>
      <w:tblPr>
        <w:tblW w:w="0" w:type="auto"/>
        <w:jc w:val="center"/>
        <w:tblLayout w:type="fixed"/>
        <w:tblLook w:val="04A0" w:firstRow="1" w:lastRow="0" w:firstColumn="1" w:lastColumn="0" w:noHBand="0" w:noVBand="1"/>
      </w:tblPr>
      <w:tblGrid>
        <w:gridCol w:w="680"/>
        <w:gridCol w:w="9070"/>
      </w:tblGrid>
      <w:tr w:rsidR="001C728F" w:rsidRPr="00CA3295" w14:paraId="17AC741C" w14:textId="77777777" w:rsidTr="009E17CC">
        <w:trPr>
          <w:cantSplit/>
          <w:jc w:val="center"/>
        </w:trPr>
        <w:tc>
          <w:tcPr>
            <w:tcW w:w="68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4E333D5A"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Nr.</w:t>
            </w:r>
          </w:p>
        </w:tc>
        <w:tc>
          <w:tcPr>
            <w:tcW w:w="907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EC571D3"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Quellenangabe / Herkunft</w:t>
            </w:r>
          </w:p>
        </w:tc>
      </w:tr>
      <w:tr w:rsidR="001C728F" w:rsidRPr="00CA3295" w14:paraId="06879806" w14:textId="77777777" w:rsidTr="009E17CC">
        <w:trPr>
          <w:cantSplit/>
          <w:trHeight w:val="442"/>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DEF2273"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1</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A096C2B" w14:textId="77777777" w:rsidR="001C728F" w:rsidRPr="00CA3295" w:rsidRDefault="001C728F" w:rsidP="009E17CC">
            <w:pPr>
              <w:rPr>
                <w:rFonts w:asciiTheme="majorHAnsi" w:hAnsiTheme="majorHAnsi" w:cstheme="majorHAnsi"/>
                <w:lang w:val="de-DE"/>
              </w:rPr>
            </w:pPr>
          </w:p>
        </w:tc>
      </w:tr>
      <w:tr w:rsidR="001C728F" w:rsidRPr="00CA3295" w14:paraId="5FCA4DB7" w14:textId="77777777" w:rsidTr="009E17CC">
        <w:trPr>
          <w:cantSplit/>
          <w:trHeight w:val="442"/>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ADFCEF6"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2</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713705D" w14:textId="77777777" w:rsidR="001C728F" w:rsidRPr="00CA3295" w:rsidRDefault="001C728F" w:rsidP="009E17CC">
            <w:pPr>
              <w:rPr>
                <w:rFonts w:asciiTheme="majorHAnsi" w:hAnsiTheme="majorHAnsi" w:cstheme="majorHAnsi"/>
                <w:lang w:val="de-DE"/>
              </w:rPr>
            </w:pPr>
          </w:p>
        </w:tc>
      </w:tr>
      <w:tr w:rsidR="001C728F" w:rsidRPr="00CA3295" w14:paraId="165704FB" w14:textId="77777777" w:rsidTr="009E17CC">
        <w:trPr>
          <w:cantSplit/>
          <w:trHeight w:val="442"/>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F144C94"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3</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8CAC791" w14:textId="77777777" w:rsidR="001C728F" w:rsidRPr="00CA3295" w:rsidRDefault="001C728F" w:rsidP="009E17CC">
            <w:pPr>
              <w:rPr>
                <w:rFonts w:asciiTheme="majorHAnsi" w:hAnsiTheme="majorHAnsi" w:cstheme="majorHAnsi"/>
                <w:lang w:val="de-DE"/>
              </w:rPr>
            </w:pPr>
          </w:p>
        </w:tc>
      </w:tr>
      <w:tr w:rsidR="001C728F" w:rsidRPr="00CA3295" w14:paraId="6D9DC873" w14:textId="77777777" w:rsidTr="009E17CC">
        <w:trPr>
          <w:cantSplit/>
          <w:trHeight w:val="442"/>
          <w:jc w:val="center"/>
        </w:trPr>
        <w:tc>
          <w:tcPr>
            <w:tcW w:w="68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366DC0A" w14:textId="77777777" w:rsidR="001C728F" w:rsidRPr="00CA3295" w:rsidRDefault="001C728F" w:rsidP="009E17CC">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4</w:t>
            </w:r>
          </w:p>
        </w:tc>
        <w:tc>
          <w:tcPr>
            <w:tcW w:w="907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C1430B8" w14:textId="77777777" w:rsidR="001C728F" w:rsidRPr="00CA3295" w:rsidRDefault="001C728F" w:rsidP="009E17CC">
            <w:pPr>
              <w:rPr>
                <w:rFonts w:asciiTheme="majorHAnsi" w:hAnsiTheme="majorHAnsi" w:cstheme="majorHAnsi"/>
                <w:lang w:val="de-DE"/>
              </w:rPr>
            </w:pPr>
          </w:p>
        </w:tc>
      </w:tr>
    </w:tbl>
    <w:p w14:paraId="1BDC87F0" w14:textId="0ED9988C" w:rsidR="001C728F" w:rsidRPr="001C728F" w:rsidRDefault="001C728F" w:rsidP="001C728F">
      <w:pPr>
        <w:rPr>
          <w:rFonts w:asciiTheme="majorHAnsi" w:hAnsiTheme="majorHAnsi" w:cstheme="majorHAnsi"/>
          <w:lang w:val="de-DE"/>
        </w:rPr>
      </w:pPr>
      <w:r w:rsidRPr="00CA3295">
        <w:rPr>
          <w:rFonts w:asciiTheme="majorHAnsi" w:hAnsiTheme="majorHAnsi" w:cstheme="majorHAnsi"/>
          <w:lang w:val="de-DE"/>
        </w:rPr>
        <w:br w:type="page"/>
      </w:r>
    </w:p>
    <w:p w14:paraId="4B9199D3" w14:textId="6B53F48C" w:rsidR="00FF6EEB" w:rsidRPr="001C728F" w:rsidRDefault="001C728F">
      <w:pPr>
        <w:spacing w:after="120"/>
        <w:rPr>
          <w:rFonts w:asciiTheme="majorHAnsi" w:hAnsiTheme="majorHAnsi" w:cstheme="majorHAnsi"/>
          <w:b/>
          <w:color w:val="4F81BD" w:themeColor="accent1"/>
          <w:sz w:val="26"/>
          <w:szCs w:val="26"/>
          <w:lang w:val="de-DE"/>
        </w:rPr>
      </w:pPr>
      <w:r>
        <w:rPr>
          <w:rFonts w:asciiTheme="majorHAnsi" w:hAnsiTheme="majorHAnsi" w:cstheme="majorHAnsi"/>
          <w:b/>
          <w:color w:val="4F81BD" w:themeColor="accent1"/>
          <w:sz w:val="26"/>
          <w:szCs w:val="26"/>
          <w:lang w:val="de-DE"/>
        </w:rPr>
        <w:lastRenderedPageBreak/>
        <w:t>4</w:t>
      </w:r>
      <w:r w:rsidR="008A360B" w:rsidRPr="00CA3295">
        <w:rPr>
          <w:rFonts w:asciiTheme="majorHAnsi" w:hAnsiTheme="majorHAnsi" w:cstheme="majorHAnsi"/>
          <w:b/>
          <w:color w:val="4F81BD" w:themeColor="accent1"/>
          <w:sz w:val="26"/>
          <w:szCs w:val="26"/>
          <w:lang w:val="de-DE"/>
        </w:rPr>
        <w:t>· MEIN ARBEITS- UND RECHERCHEPROZESS</w:t>
      </w:r>
    </w:p>
    <w:tbl>
      <w:tblPr>
        <w:tblW w:w="0" w:type="auto"/>
        <w:jc w:val="center"/>
        <w:tblLayout w:type="fixed"/>
        <w:tblLook w:val="04A0" w:firstRow="1" w:lastRow="0" w:firstColumn="1" w:lastColumn="0" w:noHBand="0" w:noVBand="1"/>
      </w:tblPr>
      <w:tblGrid>
        <w:gridCol w:w="1700"/>
        <w:gridCol w:w="4081"/>
        <w:gridCol w:w="4047"/>
      </w:tblGrid>
      <w:tr w:rsidR="00FF6EEB" w:rsidRPr="00CA3295" w14:paraId="0F999E39" w14:textId="77777777" w:rsidTr="00CA3295">
        <w:trPr>
          <w:cantSplit/>
          <w:jc w:val="center"/>
        </w:trPr>
        <w:tc>
          <w:tcPr>
            <w:tcW w:w="9828" w:type="dxa"/>
            <w:gridSpan w:val="3"/>
            <w:tcBorders>
              <w:top w:val="single" w:sz="7" w:space="0" w:color="7E9DB9"/>
              <w:left w:val="single" w:sz="7" w:space="0" w:color="7E9DB9"/>
              <w:bottom w:val="single" w:sz="7" w:space="0" w:color="7E9DB9"/>
              <w:right w:val="single" w:sz="7" w:space="0" w:color="7E9DB9"/>
            </w:tcBorders>
            <w:shd w:val="clear" w:color="auto" w:fill="EEF5F9"/>
            <w:tcMar>
              <w:top w:w="100" w:type="dxa"/>
              <w:left w:w="110" w:type="dxa"/>
              <w:bottom w:w="100" w:type="dxa"/>
              <w:right w:w="110" w:type="dxa"/>
            </w:tcMar>
          </w:tcPr>
          <w:p w14:paraId="2BC715BC" w14:textId="687748C3" w:rsidR="00FF6EEB" w:rsidRPr="00CA3295" w:rsidRDefault="008A360B">
            <w:pPr>
              <w:spacing w:after="0"/>
              <w:rPr>
                <w:rFonts w:asciiTheme="majorHAnsi" w:hAnsiTheme="majorHAnsi" w:cstheme="majorHAnsi"/>
                <w:lang w:val="de-DE"/>
              </w:rPr>
            </w:pPr>
            <w:r w:rsidRPr="00CA3295">
              <w:rPr>
                <w:rFonts w:asciiTheme="majorHAnsi" w:hAnsiTheme="majorHAnsi" w:cstheme="majorHAnsi"/>
                <w:lang w:val="de-DE"/>
              </w:rPr>
              <w:t>Halte wichtige Arbeitsschritte fest. Es geht nicht darum, jeden einzelnen Tag zu protokollieren, sondern nachvollziehbar zu machen, wie du von der Fragestellung zu deiner Präsentation gekommen bist.</w:t>
            </w:r>
          </w:p>
        </w:tc>
      </w:tr>
      <w:tr w:rsidR="00FF6EEB" w:rsidRPr="00CA3295" w14:paraId="5820BA5C" w14:textId="77777777" w:rsidTr="00CA3295">
        <w:trPr>
          <w:cantSplit/>
          <w:tblHeader/>
          <w:jc w:val="center"/>
        </w:trPr>
        <w:tc>
          <w:tcPr>
            <w:tcW w:w="170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357AAC8"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Datum / Zeitraum</w:t>
            </w:r>
          </w:p>
        </w:tc>
        <w:tc>
          <w:tcPr>
            <w:tcW w:w="4081"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53F655E"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Was habe ich gemacht?</w:t>
            </w:r>
          </w:p>
        </w:tc>
        <w:tc>
          <w:tcPr>
            <w:tcW w:w="404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0C208F28"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Ergebnis, Entscheidung oder nächster Schritt</w:t>
            </w:r>
          </w:p>
        </w:tc>
      </w:tr>
      <w:tr w:rsidR="00FF6EEB" w:rsidRPr="00CA3295" w14:paraId="67B4573C"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A9A4A8A"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C2A7849"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4554E94" w14:textId="77777777" w:rsidR="00FF6EEB" w:rsidRPr="00CA3295" w:rsidRDefault="00FF6EEB">
            <w:pPr>
              <w:rPr>
                <w:rFonts w:asciiTheme="majorHAnsi" w:hAnsiTheme="majorHAnsi" w:cstheme="majorHAnsi"/>
                <w:lang w:val="de-DE"/>
              </w:rPr>
            </w:pPr>
          </w:p>
        </w:tc>
      </w:tr>
      <w:tr w:rsidR="00FF6EEB" w:rsidRPr="00CA3295" w14:paraId="31B694E1"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C837FFA"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BD151DE"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83E8665" w14:textId="77777777" w:rsidR="00FF6EEB" w:rsidRPr="00CA3295" w:rsidRDefault="00FF6EEB">
            <w:pPr>
              <w:rPr>
                <w:rFonts w:asciiTheme="majorHAnsi" w:hAnsiTheme="majorHAnsi" w:cstheme="majorHAnsi"/>
                <w:lang w:val="de-DE"/>
              </w:rPr>
            </w:pPr>
          </w:p>
        </w:tc>
      </w:tr>
      <w:tr w:rsidR="00FF6EEB" w:rsidRPr="00CA3295" w14:paraId="0E7F1E18"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47A3A74"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0214F41"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8EA45A8" w14:textId="77777777" w:rsidR="00FF6EEB" w:rsidRPr="00CA3295" w:rsidRDefault="00FF6EEB">
            <w:pPr>
              <w:rPr>
                <w:rFonts w:asciiTheme="majorHAnsi" w:hAnsiTheme="majorHAnsi" w:cstheme="majorHAnsi"/>
                <w:lang w:val="de-DE"/>
              </w:rPr>
            </w:pPr>
          </w:p>
        </w:tc>
      </w:tr>
      <w:tr w:rsidR="00FF6EEB" w:rsidRPr="00CA3295" w14:paraId="12375876"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DB22CF3"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77342E3"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BD9EBCA" w14:textId="77777777" w:rsidR="00FF6EEB" w:rsidRPr="00CA3295" w:rsidRDefault="00FF6EEB">
            <w:pPr>
              <w:rPr>
                <w:rFonts w:asciiTheme="majorHAnsi" w:hAnsiTheme="majorHAnsi" w:cstheme="majorHAnsi"/>
                <w:lang w:val="de-DE"/>
              </w:rPr>
            </w:pPr>
          </w:p>
        </w:tc>
      </w:tr>
      <w:tr w:rsidR="00FF6EEB" w:rsidRPr="00CA3295" w14:paraId="02662822"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049638E"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A7D43BC"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29C5498" w14:textId="77777777" w:rsidR="00FF6EEB" w:rsidRPr="00CA3295" w:rsidRDefault="00FF6EEB">
            <w:pPr>
              <w:rPr>
                <w:rFonts w:asciiTheme="majorHAnsi" w:hAnsiTheme="majorHAnsi" w:cstheme="majorHAnsi"/>
                <w:lang w:val="de-DE"/>
              </w:rPr>
            </w:pPr>
          </w:p>
        </w:tc>
      </w:tr>
      <w:tr w:rsidR="00FF6EEB" w:rsidRPr="00CA3295" w14:paraId="53368F5E"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41E5CD2"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BDBAE2C"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5B59C35" w14:textId="77777777" w:rsidR="00FF6EEB" w:rsidRPr="00CA3295" w:rsidRDefault="00FF6EEB">
            <w:pPr>
              <w:rPr>
                <w:rFonts w:asciiTheme="majorHAnsi" w:hAnsiTheme="majorHAnsi" w:cstheme="majorHAnsi"/>
                <w:lang w:val="de-DE"/>
              </w:rPr>
            </w:pPr>
          </w:p>
        </w:tc>
      </w:tr>
      <w:tr w:rsidR="00FF6EEB" w:rsidRPr="00CA3295" w14:paraId="0F98D4CB"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F26FB90"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58DAB2A"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6EC3ACE" w14:textId="77777777" w:rsidR="00FF6EEB" w:rsidRPr="00CA3295" w:rsidRDefault="00FF6EEB">
            <w:pPr>
              <w:rPr>
                <w:rFonts w:asciiTheme="majorHAnsi" w:hAnsiTheme="majorHAnsi" w:cstheme="majorHAnsi"/>
                <w:lang w:val="de-DE"/>
              </w:rPr>
            </w:pPr>
          </w:p>
        </w:tc>
      </w:tr>
      <w:tr w:rsidR="00FF6EEB" w:rsidRPr="00CA3295" w14:paraId="388EF3C0"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5282F0F"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1A23EF3"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855A45A" w14:textId="77777777" w:rsidR="00FF6EEB" w:rsidRPr="00CA3295" w:rsidRDefault="00FF6EEB">
            <w:pPr>
              <w:rPr>
                <w:rFonts w:asciiTheme="majorHAnsi" w:hAnsiTheme="majorHAnsi" w:cstheme="majorHAnsi"/>
                <w:lang w:val="de-DE"/>
              </w:rPr>
            </w:pPr>
          </w:p>
        </w:tc>
      </w:tr>
      <w:tr w:rsidR="00FF6EEB" w:rsidRPr="00CA3295" w14:paraId="6A4661EE"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F29EB88"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63DB7FD"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8C86137" w14:textId="77777777" w:rsidR="00FF6EEB" w:rsidRPr="00CA3295" w:rsidRDefault="00FF6EEB">
            <w:pPr>
              <w:rPr>
                <w:rFonts w:asciiTheme="majorHAnsi" w:hAnsiTheme="majorHAnsi" w:cstheme="majorHAnsi"/>
                <w:lang w:val="de-DE"/>
              </w:rPr>
            </w:pPr>
          </w:p>
        </w:tc>
      </w:tr>
      <w:tr w:rsidR="00FF6EEB" w:rsidRPr="00CA3295" w14:paraId="6B1345CA" w14:textId="77777777" w:rsidTr="00CA3295">
        <w:trPr>
          <w:cantSplit/>
          <w:trHeight w:val="595"/>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927D755" w14:textId="77777777" w:rsidR="00FF6EEB" w:rsidRPr="00CA3295" w:rsidRDefault="00FF6EEB">
            <w:pPr>
              <w:rPr>
                <w:rFonts w:asciiTheme="majorHAnsi" w:hAnsiTheme="majorHAnsi" w:cstheme="majorHAnsi"/>
                <w:lang w:val="de-DE"/>
              </w:rPr>
            </w:pPr>
          </w:p>
        </w:tc>
        <w:tc>
          <w:tcPr>
            <w:tcW w:w="4081"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87C929F" w14:textId="77777777" w:rsidR="00FF6EEB" w:rsidRPr="00CA3295" w:rsidRDefault="00FF6EEB">
            <w:pPr>
              <w:rPr>
                <w:rFonts w:asciiTheme="majorHAnsi" w:hAnsiTheme="majorHAnsi" w:cstheme="majorHAnsi"/>
                <w:lang w:val="de-DE"/>
              </w:rPr>
            </w:pPr>
          </w:p>
        </w:tc>
        <w:tc>
          <w:tcPr>
            <w:tcW w:w="404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E11C72F" w14:textId="77777777" w:rsidR="00FF6EEB" w:rsidRPr="00CA3295" w:rsidRDefault="00FF6EEB">
            <w:pPr>
              <w:rPr>
                <w:rFonts w:asciiTheme="majorHAnsi" w:hAnsiTheme="majorHAnsi" w:cstheme="majorHAnsi"/>
                <w:lang w:val="de-DE"/>
              </w:rPr>
            </w:pPr>
          </w:p>
        </w:tc>
      </w:tr>
    </w:tbl>
    <w:p w14:paraId="5D694FEA" w14:textId="77777777" w:rsidR="00FF6EEB" w:rsidRPr="00CA3295" w:rsidRDefault="008A360B">
      <w:pPr>
        <w:spacing w:before="140"/>
        <w:rPr>
          <w:rFonts w:asciiTheme="majorHAnsi" w:hAnsiTheme="majorHAnsi" w:cstheme="majorHAnsi"/>
          <w:lang w:val="de-DE"/>
        </w:rPr>
      </w:pPr>
      <w:r w:rsidRPr="00CA3295">
        <w:rPr>
          <w:rFonts w:asciiTheme="majorHAnsi" w:hAnsiTheme="majorHAnsi" w:cstheme="majorHAnsi"/>
          <w:b/>
          <w:color w:val="1F4E78"/>
          <w:sz w:val="26"/>
          <w:lang w:val="de-DE"/>
        </w:rPr>
        <w:t>Beratung während der Arbeitsphase</w:t>
      </w:r>
    </w:p>
    <w:tbl>
      <w:tblPr>
        <w:tblW w:w="0" w:type="auto"/>
        <w:jc w:val="center"/>
        <w:tblLayout w:type="fixed"/>
        <w:tblLook w:val="04A0" w:firstRow="1" w:lastRow="0" w:firstColumn="1" w:lastColumn="0" w:noHBand="0" w:noVBand="1"/>
      </w:tblPr>
      <w:tblGrid>
        <w:gridCol w:w="1700"/>
        <w:gridCol w:w="3514"/>
        <w:gridCol w:w="4535"/>
      </w:tblGrid>
      <w:tr w:rsidR="00FF6EEB" w:rsidRPr="00CA3295" w14:paraId="2B9819BA" w14:textId="77777777">
        <w:trPr>
          <w:cantSplit/>
          <w:jc w:val="center"/>
        </w:trPr>
        <w:tc>
          <w:tcPr>
            <w:tcW w:w="1700"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C2BB5D3"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Datum</w:t>
            </w:r>
          </w:p>
        </w:tc>
        <w:tc>
          <w:tcPr>
            <w:tcW w:w="3514"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3EB361F"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Worum ging es?</w:t>
            </w:r>
          </w:p>
        </w:tc>
        <w:tc>
          <w:tcPr>
            <w:tcW w:w="4535"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11880E45"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Was nehme ich für die Weiterarbeit mit?</w:t>
            </w:r>
          </w:p>
        </w:tc>
      </w:tr>
      <w:tr w:rsidR="00FF6EEB" w:rsidRPr="00CA3295" w14:paraId="70523E99" w14:textId="77777777">
        <w:trPr>
          <w:cantSplit/>
          <w:trHeight w:val="651"/>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51FB1F1" w14:textId="77777777" w:rsidR="00FF6EEB" w:rsidRPr="00CA3295" w:rsidRDefault="00FF6EEB">
            <w:pPr>
              <w:rPr>
                <w:rFonts w:asciiTheme="majorHAnsi" w:hAnsiTheme="majorHAnsi" w:cstheme="majorHAnsi"/>
                <w:lang w:val="de-DE"/>
              </w:rPr>
            </w:pPr>
          </w:p>
        </w:tc>
        <w:tc>
          <w:tcPr>
            <w:tcW w:w="351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BFA14F6" w14:textId="77777777" w:rsidR="00FF6EEB" w:rsidRPr="00CA3295" w:rsidRDefault="00FF6EEB">
            <w:pPr>
              <w:rPr>
                <w:rFonts w:asciiTheme="majorHAnsi" w:hAnsiTheme="majorHAnsi" w:cstheme="majorHAnsi"/>
                <w:lang w:val="de-DE"/>
              </w:rPr>
            </w:pPr>
          </w:p>
        </w:tc>
        <w:tc>
          <w:tcPr>
            <w:tcW w:w="453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402F3DD" w14:textId="77777777" w:rsidR="00FF6EEB" w:rsidRPr="00CA3295" w:rsidRDefault="00FF6EEB">
            <w:pPr>
              <w:rPr>
                <w:rFonts w:asciiTheme="majorHAnsi" w:hAnsiTheme="majorHAnsi" w:cstheme="majorHAnsi"/>
                <w:lang w:val="de-DE"/>
              </w:rPr>
            </w:pPr>
          </w:p>
        </w:tc>
      </w:tr>
      <w:tr w:rsidR="00FF6EEB" w:rsidRPr="00CA3295" w14:paraId="1EC03E48" w14:textId="77777777">
        <w:trPr>
          <w:cantSplit/>
          <w:trHeight w:val="651"/>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E386134" w14:textId="77777777" w:rsidR="00FF6EEB" w:rsidRPr="00CA3295" w:rsidRDefault="00FF6EEB">
            <w:pPr>
              <w:rPr>
                <w:rFonts w:asciiTheme="majorHAnsi" w:hAnsiTheme="majorHAnsi" w:cstheme="majorHAnsi"/>
                <w:lang w:val="de-DE"/>
              </w:rPr>
            </w:pPr>
          </w:p>
        </w:tc>
        <w:tc>
          <w:tcPr>
            <w:tcW w:w="351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3F5D7D6" w14:textId="77777777" w:rsidR="00FF6EEB" w:rsidRPr="00CA3295" w:rsidRDefault="00FF6EEB">
            <w:pPr>
              <w:rPr>
                <w:rFonts w:asciiTheme="majorHAnsi" w:hAnsiTheme="majorHAnsi" w:cstheme="majorHAnsi"/>
                <w:lang w:val="de-DE"/>
              </w:rPr>
            </w:pPr>
          </w:p>
        </w:tc>
        <w:tc>
          <w:tcPr>
            <w:tcW w:w="453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96625AD" w14:textId="77777777" w:rsidR="00FF6EEB" w:rsidRPr="00CA3295" w:rsidRDefault="00FF6EEB">
            <w:pPr>
              <w:rPr>
                <w:rFonts w:asciiTheme="majorHAnsi" w:hAnsiTheme="majorHAnsi" w:cstheme="majorHAnsi"/>
                <w:lang w:val="de-DE"/>
              </w:rPr>
            </w:pPr>
          </w:p>
        </w:tc>
      </w:tr>
      <w:tr w:rsidR="001C728F" w:rsidRPr="00CA3295" w14:paraId="7FC34644" w14:textId="77777777">
        <w:trPr>
          <w:cantSplit/>
          <w:trHeight w:val="651"/>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73A84B0" w14:textId="77777777" w:rsidR="001C728F" w:rsidRPr="00CA3295" w:rsidRDefault="001C728F">
            <w:pPr>
              <w:rPr>
                <w:rFonts w:asciiTheme="majorHAnsi" w:hAnsiTheme="majorHAnsi" w:cstheme="majorHAnsi"/>
                <w:lang w:val="de-DE"/>
              </w:rPr>
            </w:pPr>
          </w:p>
        </w:tc>
        <w:tc>
          <w:tcPr>
            <w:tcW w:w="351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B011C8B" w14:textId="77777777" w:rsidR="001C728F" w:rsidRPr="00CA3295" w:rsidRDefault="001C728F">
            <w:pPr>
              <w:rPr>
                <w:rFonts w:asciiTheme="majorHAnsi" w:hAnsiTheme="majorHAnsi" w:cstheme="majorHAnsi"/>
                <w:lang w:val="de-DE"/>
              </w:rPr>
            </w:pPr>
          </w:p>
        </w:tc>
        <w:tc>
          <w:tcPr>
            <w:tcW w:w="453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4B0DAB6" w14:textId="77777777" w:rsidR="001C728F" w:rsidRPr="00CA3295" w:rsidRDefault="001C728F">
            <w:pPr>
              <w:rPr>
                <w:rFonts w:asciiTheme="majorHAnsi" w:hAnsiTheme="majorHAnsi" w:cstheme="majorHAnsi"/>
                <w:lang w:val="de-DE"/>
              </w:rPr>
            </w:pPr>
          </w:p>
        </w:tc>
      </w:tr>
      <w:tr w:rsidR="001C728F" w:rsidRPr="00CA3295" w14:paraId="05AB5D47" w14:textId="77777777">
        <w:trPr>
          <w:cantSplit/>
          <w:trHeight w:val="651"/>
          <w:jc w:val="center"/>
        </w:trPr>
        <w:tc>
          <w:tcPr>
            <w:tcW w:w="1700"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86D6C71" w14:textId="77777777" w:rsidR="001C728F" w:rsidRPr="00CA3295" w:rsidRDefault="001C728F">
            <w:pPr>
              <w:rPr>
                <w:rFonts w:asciiTheme="majorHAnsi" w:hAnsiTheme="majorHAnsi" w:cstheme="majorHAnsi"/>
                <w:lang w:val="de-DE"/>
              </w:rPr>
            </w:pPr>
          </w:p>
        </w:tc>
        <w:tc>
          <w:tcPr>
            <w:tcW w:w="351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8E5D815" w14:textId="77777777" w:rsidR="001C728F" w:rsidRPr="00CA3295" w:rsidRDefault="001C728F">
            <w:pPr>
              <w:rPr>
                <w:rFonts w:asciiTheme="majorHAnsi" w:hAnsiTheme="majorHAnsi" w:cstheme="majorHAnsi"/>
                <w:lang w:val="de-DE"/>
              </w:rPr>
            </w:pPr>
          </w:p>
        </w:tc>
        <w:tc>
          <w:tcPr>
            <w:tcW w:w="453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49F7DD6" w14:textId="77777777" w:rsidR="001C728F" w:rsidRPr="00CA3295" w:rsidRDefault="001C728F">
            <w:pPr>
              <w:rPr>
                <w:rFonts w:asciiTheme="majorHAnsi" w:hAnsiTheme="majorHAnsi" w:cstheme="majorHAnsi"/>
                <w:lang w:val="de-DE"/>
              </w:rPr>
            </w:pPr>
          </w:p>
        </w:tc>
      </w:tr>
    </w:tbl>
    <w:p w14:paraId="5022213A" w14:textId="77777777" w:rsidR="00FF6EEB" w:rsidRPr="00CA3295" w:rsidRDefault="008A360B">
      <w:pPr>
        <w:rPr>
          <w:rFonts w:asciiTheme="majorHAnsi" w:hAnsiTheme="majorHAnsi" w:cstheme="majorHAnsi"/>
          <w:lang w:val="de-DE"/>
        </w:rPr>
      </w:pPr>
      <w:r w:rsidRPr="00CA3295">
        <w:rPr>
          <w:rFonts w:asciiTheme="majorHAnsi" w:hAnsiTheme="majorHAnsi" w:cstheme="majorHAnsi"/>
          <w:lang w:val="de-DE"/>
        </w:rPr>
        <w:br w:type="page"/>
      </w:r>
    </w:p>
    <w:p w14:paraId="18CBF360" w14:textId="77777777" w:rsidR="00FF6EEB" w:rsidRPr="00CA3295" w:rsidRDefault="008A360B">
      <w:pPr>
        <w:spacing w:after="120"/>
        <w:rPr>
          <w:rFonts w:asciiTheme="majorHAnsi" w:hAnsiTheme="majorHAnsi" w:cstheme="majorHAnsi"/>
          <w:color w:val="4F81BD" w:themeColor="accent1"/>
          <w:sz w:val="26"/>
          <w:szCs w:val="26"/>
          <w:lang w:val="de-DE"/>
        </w:rPr>
      </w:pPr>
      <w:r w:rsidRPr="00CA3295">
        <w:rPr>
          <w:rFonts w:asciiTheme="majorHAnsi" w:hAnsiTheme="majorHAnsi" w:cstheme="majorHAnsi"/>
          <w:b/>
          <w:color w:val="4F81BD" w:themeColor="accent1"/>
          <w:sz w:val="26"/>
          <w:szCs w:val="26"/>
          <w:lang w:val="de-DE"/>
        </w:rPr>
        <w:lastRenderedPageBreak/>
        <w:t>5 · HILFSMITTEL UND DIGITALE WERKZEUGE</w:t>
      </w:r>
    </w:p>
    <w:tbl>
      <w:tblPr>
        <w:tblW w:w="0" w:type="auto"/>
        <w:jc w:val="center"/>
        <w:tblLayout w:type="fixed"/>
        <w:tblLook w:val="04A0" w:firstRow="1" w:lastRow="0" w:firstColumn="1" w:lastColumn="0" w:noHBand="0" w:noVBand="1"/>
      </w:tblPr>
      <w:tblGrid>
        <w:gridCol w:w="2324"/>
        <w:gridCol w:w="3458"/>
        <w:gridCol w:w="4046"/>
      </w:tblGrid>
      <w:tr w:rsidR="00FF6EEB" w:rsidRPr="00CA3295" w14:paraId="5264A45B" w14:textId="77777777" w:rsidTr="00CA3295">
        <w:trPr>
          <w:cantSplit/>
          <w:jc w:val="center"/>
        </w:trPr>
        <w:tc>
          <w:tcPr>
            <w:tcW w:w="9828" w:type="dxa"/>
            <w:gridSpan w:val="3"/>
            <w:tcBorders>
              <w:top w:val="single" w:sz="7" w:space="0" w:color="7E9DB9"/>
              <w:left w:val="single" w:sz="7" w:space="0" w:color="7E9DB9"/>
              <w:bottom w:val="single" w:sz="7" w:space="0" w:color="7E9DB9"/>
              <w:right w:val="single" w:sz="7" w:space="0" w:color="7E9DB9"/>
            </w:tcBorders>
            <w:shd w:val="clear" w:color="auto" w:fill="EEF5F9"/>
            <w:tcMar>
              <w:top w:w="100" w:type="dxa"/>
              <w:left w:w="110" w:type="dxa"/>
              <w:bottom w:w="100" w:type="dxa"/>
              <w:right w:w="110" w:type="dxa"/>
            </w:tcMar>
          </w:tcPr>
          <w:p w14:paraId="6344685D" w14:textId="48F8DD99" w:rsidR="00FF6EEB" w:rsidRPr="00CA3295" w:rsidRDefault="008A360B">
            <w:pPr>
              <w:spacing w:after="0"/>
              <w:rPr>
                <w:rFonts w:asciiTheme="majorHAnsi" w:hAnsiTheme="majorHAnsi" w:cstheme="majorHAnsi"/>
                <w:lang w:val="de-DE"/>
              </w:rPr>
            </w:pPr>
            <w:r w:rsidRPr="00CA3295">
              <w:rPr>
                <w:rFonts w:asciiTheme="majorHAnsi" w:hAnsiTheme="majorHAnsi" w:cstheme="majorHAnsi"/>
                <w:b/>
                <w:color w:val="1F4E78"/>
                <w:lang w:val="de-DE"/>
              </w:rPr>
              <w:t xml:space="preserve">Transparenz: </w:t>
            </w:r>
            <w:r w:rsidRPr="00CA3295">
              <w:rPr>
                <w:rFonts w:asciiTheme="majorHAnsi" w:hAnsiTheme="majorHAnsi" w:cstheme="majorHAnsi"/>
                <w:lang w:val="de-DE"/>
              </w:rPr>
              <w:t xml:space="preserve">Wenn du digitale Werkzeuge oder KI-Anwendungen verwendet hast, trage ein, wofür du sie eingesetzt hast und wie du die Ergebnisse geprüft oder weiterverarbeitet hast. Wenn du keine </w:t>
            </w:r>
            <w:r w:rsidR="001C728F">
              <w:rPr>
                <w:rFonts w:asciiTheme="majorHAnsi" w:hAnsiTheme="majorHAnsi" w:cstheme="majorHAnsi"/>
                <w:lang w:val="de-DE"/>
              </w:rPr>
              <w:t>dieser</w:t>
            </w:r>
            <w:r w:rsidRPr="00CA3295">
              <w:rPr>
                <w:rFonts w:asciiTheme="majorHAnsi" w:hAnsiTheme="majorHAnsi" w:cstheme="majorHAnsi"/>
                <w:lang w:val="de-DE"/>
              </w:rPr>
              <w:t xml:space="preserve"> Werkzeuge verwendet hast, vermerke „nicht verwendet“.</w:t>
            </w:r>
          </w:p>
        </w:tc>
      </w:tr>
      <w:tr w:rsidR="00FF6EEB" w:rsidRPr="00CA3295" w14:paraId="581BC471" w14:textId="77777777" w:rsidTr="00CA3295">
        <w:trPr>
          <w:cantSplit/>
          <w:jc w:val="center"/>
        </w:trPr>
        <w:tc>
          <w:tcPr>
            <w:tcW w:w="2324"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7A021876"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Werkzeug / Hilfsmittel</w:t>
            </w:r>
          </w:p>
        </w:tc>
        <w:tc>
          <w:tcPr>
            <w:tcW w:w="3458"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3D716C2A"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Wofür verwendet?</w:t>
            </w:r>
          </w:p>
        </w:tc>
        <w:tc>
          <w:tcPr>
            <w:tcW w:w="4046"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434F667E"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8"/>
                <w:lang w:val="de-DE"/>
              </w:rPr>
              <w:t>Wie habe ich das Ergebnis geprüft / weiterverarbeitet?</w:t>
            </w:r>
          </w:p>
        </w:tc>
      </w:tr>
      <w:tr w:rsidR="00FF6EEB" w:rsidRPr="00CA3295" w14:paraId="2DE8066A" w14:textId="77777777" w:rsidTr="00CA3295">
        <w:trPr>
          <w:cantSplit/>
          <w:trHeight w:val="566"/>
          <w:jc w:val="center"/>
        </w:trPr>
        <w:tc>
          <w:tcPr>
            <w:tcW w:w="232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C4C06A2" w14:textId="77777777" w:rsidR="00FF6EEB" w:rsidRPr="00CA3295" w:rsidRDefault="00FF6EEB">
            <w:pPr>
              <w:rPr>
                <w:rFonts w:asciiTheme="majorHAnsi" w:hAnsiTheme="majorHAnsi" w:cstheme="majorHAnsi"/>
                <w:lang w:val="de-DE"/>
              </w:rPr>
            </w:pPr>
          </w:p>
        </w:tc>
        <w:tc>
          <w:tcPr>
            <w:tcW w:w="34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BA737B0" w14:textId="77777777" w:rsidR="00FF6EEB" w:rsidRPr="00CA3295" w:rsidRDefault="00FF6EEB">
            <w:pPr>
              <w:rPr>
                <w:rFonts w:asciiTheme="majorHAnsi" w:hAnsiTheme="majorHAnsi" w:cstheme="majorHAnsi"/>
                <w:lang w:val="de-DE"/>
              </w:rPr>
            </w:pPr>
          </w:p>
        </w:tc>
        <w:tc>
          <w:tcPr>
            <w:tcW w:w="404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91035AC" w14:textId="77777777" w:rsidR="00FF6EEB" w:rsidRPr="00CA3295" w:rsidRDefault="00FF6EEB">
            <w:pPr>
              <w:rPr>
                <w:rFonts w:asciiTheme="majorHAnsi" w:hAnsiTheme="majorHAnsi" w:cstheme="majorHAnsi"/>
                <w:lang w:val="de-DE"/>
              </w:rPr>
            </w:pPr>
          </w:p>
        </w:tc>
      </w:tr>
      <w:tr w:rsidR="00FF6EEB" w:rsidRPr="00CA3295" w14:paraId="532C181D" w14:textId="77777777" w:rsidTr="00CA3295">
        <w:trPr>
          <w:cantSplit/>
          <w:trHeight w:val="566"/>
          <w:jc w:val="center"/>
        </w:trPr>
        <w:tc>
          <w:tcPr>
            <w:tcW w:w="232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94ADECF" w14:textId="77777777" w:rsidR="00FF6EEB" w:rsidRPr="00CA3295" w:rsidRDefault="00FF6EEB">
            <w:pPr>
              <w:rPr>
                <w:rFonts w:asciiTheme="majorHAnsi" w:hAnsiTheme="majorHAnsi" w:cstheme="majorHAnsi"/>
                <w:lang w:val="de-DE"/>
              </w:rPr>
            </w:pPr>
          </w:p>
        </w:tc>
        <w:tc>
          <w:tcPr>
            <w:tcW w:w="34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8527DEC" w14:textId="77777777" w:rsidR="00FF6EEB" w:rsidRPr="00CA3295" w:rsidRDefault="00FF6EEB">
            <w:pPr>
              <w:rPr>
                <w:rFonts w:asciiTheme="majorHAnsi" w:hAnsiTheme="majorHAnsi" w:cstheme="majorHAnsi"/>
                <w:lang w:val="de-DE"/>
              </w:rPr>
            </w:pPr>
          </w:p>
        </w:tc>
        <w:tc>
          <w:tcPr>
            <w:tcW w:w="404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FB58E97" w14:textId="77777777" w:rsidR="00FF6EEB" w:rsidRPr="00CA3295" w:rsidRDefault="00FF6EEB">
            <w:pPr>
              <w:rPr>
                <w:rFonts w:asciiTheme="majorHAnsi" w:hAnsiTheme="majorHAnsi" w:cstheme="majorHAnsi"/>
                <w:lang w:val="de-DE"/>
              </w:rPr>
            </w:pPr>
          </w:p>
        </w:tc>
      </w:tr>
      <w:tr w:rsidR="00FF6EEB" w:rsidRPr="00CA3295" w14:paraId="7178D78C" w14:textId="77777777" w:rsidTr="00CA3295">
        <w:trPr>
          <w:cantSplit/>
          <w:trHeight w:val="566"/>
          <w:jc w:val="center"/>
        </w:trPr>
        <w:tc>
          <w:tcPr>
            <w:tcW w:w="232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DA5E188" w14:textId="77777777" w:rsidR="00FF6EEB" w:rsidRPr="00CA3295" w:rsidRDefault="00FF6EEB">
            <w:pPr>
              <w:rPr>
                <w:rFonts w:asciiTheme="majorHAnsi" w:hAnsiTheme="majorHAnsi" w:cstheme="majorHAnsi"/>
                <w:lang w:val="de-DE"/>
              </w:rPr>
            </w:pPr>
          </w:p>
        </w:tc>
        <w:tc>
          <w:tcPr>
            <w:tcW w:w="34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FCA05CF" w14:textId="77777777" w:rsidR="00FF6EEB" w:rsidRPr="00CA3295" w:rsidRDefault="00FF6EEB">
            <w:pPr>
              <w:rPr>
                <w:rFonts w:asciiTheme="majorHAnsi" w:hAnsiTheme="majorHAnsi" w:cstheme="majorHAnsi"/>
                <w:lang w:val="de-DE"/>
              </w:rPr>
            </w:pPr>
          </w:p>
        </w:tc>
        <w:tc>
          <w:tcPr>
            <w:tcW w:w="404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44DA327" w14:textId="77777777" w:rsidR="00FF6EEB" w:rsidRPr="00CA3295" w:rsidRDefault="00FF6EEB">
            <w:pPr>
              <w:rPr>
                <w:rFonts w:asciiTheme="majorHAnsi" w:hAnsiTheme="majorHAnsi" w:cstheme="majorHAnsi"/>
                <w:lang w:val="de-DE"/>
              </w:rPr>
            </w:pPr>
          </w:p>
        </w:tc>
      </w:tr>
      <w:tr w:rsidR="00FF6EEB" w:rsidRPr="00CA3295" w14:paraId="20ECBC3F" w14:textId="77777777" w:rsidTr="00CA3295">
        <w:trPr>
          <w:cantSplit/>
          <w:trHeight w:val="566"/>
          <w:jc w:val="center"/>
        </w:trPr>
        <w:tc>
          <w:tcPr>
            <w:tcW w:w="232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3F20188" w14:textId="77777777" w:rsidR="00FF6EEB" w:rsidRPr="00CA3295" w:rsidRDefault="00FF6EEB">
            <w:pPr>
              <w:rPr>
                <w:rFonts w:asciiTheme="majorHAnsi" w:hAnsiTheme="majorHAnsi" w:cstheme="majorHAnsi"/>
                <w:lang w:val="de-DE"/>
              </w:rPr>
            </w:pPr>
          </w:p>
        </w:tc>
        <w:tc>
          <w:tcPr>
            <w:tcW w:w="34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63198FF" w14:textId="77777777" w:rsidR="00FF6EEB" w:rsidRPr="00CA3295" w:rsidRDefault="00FF6EEB">
            <w:pPr>
              <w:rPr>
                <w:rFonts w:asciiTheme="majorHAnsi" w:hAnsiTheme="majorHAnsi" w:cstheme="majorHAnsi"/>
                <w:lang w:val="de-DE"/>
              </w:rPr>
            </w:pPr>
          </w:p>
        </w:tc>
        <w:tc>
          <w:tcPr>
            <w:tcW w:w="404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7C73944" w14:textId="77777777" w:rsidR="00FF6EEB" w:rsidRPr="00CA3295" w:rsidRDefault="00FF6EEB">
            <w:pPr>
              <w:rPr>
                <w:rFonts w:asciiTheme="majorHAnsi" w:hAnsiTheme="majorHAnsi" w:cstheme="majorHAnsi"/>
                <w:lang w:val="de-DE"/>
              </w:rPr>
            </w:pPr>
          </w:p>
        </w:tc>
      </w:tr>
      <w:tr w:rsidR="00FF6EEB" w:rsidRPr="00CA3295" w14:paraId="5DE897F1" w14:textId="77777777" w:rsidTr="00CA3295">
        <w:trPr>
          <w:cantSplit/>
          <w:trHeight w:val="566"/>
          <w:jc w:val="center"/>
        </w:trPr>
        <w:tc>
          <w:tcPr>
            <w:tcW w:w="2324"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4FE8EDC" w14:textId="77777777" w:rsidR="00FF6EEB" w:rsidRPr="00CA3295" w:rsidRDefault="00FF6EEB">
            <w:pPr>
              <w:rPr>
                <w:rFonts w:asciiTheme="majorHAnsi" w:hAnsiTheme="majorHAnsi" w:cstheme="majorHAnsi"/>
                <w:lang w:val="de-DE"/>
              </w:rPr>
            </w:pPr>
          </w:p>
        </w:tc>
        <w:tc>
          <w:tcPr>
            <w:tcW w:w="3458"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4BB5CD3" w14:textId="77777777" w:rsidR="00FF6EEB" w:rsidRPr="00CA3295" w:rsidRDefault="00FF6EEB">
            <w:pPr>
              <w:rPr>
                <w:rFonts w:asciiTheme="majorHAnsi" w:hAnsiTheme="majorHAnsi" w:cstheme="majorHAnsi"/>
                <w:lang w:val="de-DE"/>
              </w:rPr>
            </w:pPr>
          </w:p>
        </w:tc>
        <w:tc>
          <w:tcPr>
            <w:tcW w:w="404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2E4C865" w14:textId="77777777" w:rsidR="00FF6EEB" w:rsidRPr="00CA3295" w:rsidRDefault="00FF6EEB">
            <w:pPr>
              <w:rPr>
                <w:rFonts w:asciiTheme="majorHAnsi" w:hAnsiTheme="majorHAnsi" w:cstheme="majorHAnsi"/>
                <w:lang w:val="de-DE"/>
              </w:rPr>
            </w:pPr>
          </w:p>
        </w:tc>
      </w:tr>
    </w:tbl>
    <w:p w14:paraId="3F19DCCE" w14:textId="77777777" w:rsidR="00FF6EEB" w:rsidRPr="00CA3295" w:rsidRDefault="008A360B">
      <w:pPr>
        <w:spacing w:before="140"/>
        <w:rPr>
          <w:rFonts w:asciiTheme="majorHAnsi" w:hAnsiTheme="majorHAnsi" w:cstheme="majorHAnsi"/>
          <w:color w:val="4F81BD" w:themeColor="accent1"/>
          <w:lang w:val="de-DE"/>
        </w:rPr>
      </w:pPr>
      <w:r w:rsidRPr="00CA3295">
        <w:rPr>
          <w:rFonts w:asciiTheme="majorHAnsi" w:hAnsiTheme="majorHAnsi" w:cstheme="majorHAnsi"/>
          <w:b/>
          <w:color w:val="4F81BD" w:themeColor="accent1"/>
          <w:sz w:val="26"/>
          <w:lang w:val="de-DE"/>
        </w:rPr>
        <w:t>6 · ANLAGEN (OPTIONAL)</w:t>
      </w:r>
    </w:p>
    <w:p w14:paraId="5E38A606" w14:textId="77777777" w:rsidR="00FF6EEB" w:rsidRPr="00CA3295" w:rsidRDefault="008A360B">
      <w:pPr>
        <w:spacing w:after="100"/>
        <w:rPr>
          <w:rFonts w:asciiTheme="majorHAnsi" w:hAnsiTheme="majorHAnsi" w:cstheme="majorHAnsi"/>
          <w:lang w:val="de-DE"/>
        </w:rPr>
      </w:pPr>
      <w:r w:rsidRPr="00CA3295">
        <w:rPr>
          <w:rFonts w:asciiTheme="majorHAnsi" w:hAnsiTheme="majorHAnsi" w:cstheme="majorHAnsi"/>
          <w:lang w:val="de-DE"/>
        </w:rPr>
        <w:t>Hier kannst du Materialien aufführen, die deinen Arbeitsprozess sinnvoll ergänzen, z. B. eigene Skizzen, Versuchsprotokolle, Umfrageergebnisse, Fotos einer praktischen Arbeit oder ausgewählte Entwürfe. Füge nur Anlagen bei, die wirklich einen Bezug zu deiner Vorbereitung haben.</w:t>
      </w:r>
    </w:p>
    <w:tbl>
      <w:tblPr>
        <w:tblW w:w="0" w:type="auto"/>
        <w:jc w:val="center"/>
        <w:tblLayout w:type="fixed"/>
        <w:tblLook w:val="04A0" w:firstRow="1" w:lastRow="0" w:firstColumn="1" w:lastColumn="0" w:noHBand="0" w:noVBand="1"/>
      </w:tblPr>
      <w:tblGrid>
        <w:gridCol w:w="1133"/>
        <w:gridCol w:w="8617"/>
      </w:tblGrid>
      <w:tr w:rsidR="00FF6EEB" w:rsidRPr="00CA3295" w14:paraId="7FE43EA0" w14:textId="77777777">
        <w:trPr>
          <w:cantSplit/>
          <w:jc w:val="center"/>
        </w:trPr>
        <w:tc>
          <w:tcPr>
            <w:tcW w:w="1133"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3E461031"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Anlage</w:t>
            </w:r>
          </w:p>
        </w:tc>
        <w:tc>
          <w:tcPr>
            <w:tcW w:w="8617"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20E803BD"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b/>
                <w:color w:val="243746"/>
                <w:sz w:val="19"/>
                <w:lang w:val="de-DE"/>
              </w:rPr>
              <w:t>Bezeichnung / kurze Erläuterung</w:t>
            </w:r>
          </w:p>
        </w:tc>
      </w:tr>
      <w:tr w:rsidR="00FF6EEB" w:rsidRPr="00CA3295" w14:paraId="76810FDD" w14:textId="77777777">
        <w:trPr>
          <w:cantSplit/>
          <w:trHeight w:val="408"/>
          <w:jc w:val="center"/>
        </w:trPr>
        <w:tc>
          <w:tcPr>
            <w:tcW w:w="1133"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2437F93"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1</w:t>
            </w:r>
          </w:p>
        </w:tc>
        <w:tc>
          <w:tcPr>
            <w:tcW w:w="861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AB16AF5" w14:textId="77777777" w:rsidR="00FF6EEB" w:rsidRDefault="00FF6EEB">
            <w:pPr>
              <w:rPr>
                <w:rFonts w:asciiTheme="majorHAnsi" w:hAnsiTheme="majorHAnsi" w:cstheme="majorHAnsi"/>
                <w:lang w:val="de-DE"/>
              </w:rPr>
            </w:pPr>
          </w:p>
          <w:p w14:paraId="2282298F" w14:textId="0989E8B7" w:rsidR="001C728F" w:rsidRPr="00CA3295" w:rsidRDefault="001C728F">
            <w:pPr>
              <w:rPr>
                <w:rFonts w:asciiTheme="majorHAnsi" w:hAnsiTheme="majorHAnsi" w:cstheme="majorHAnsi"/>
                <w:lang w:val="de-DE"/>
              </w:rPr>
            </w:pPr>
          </w:p>
        </w:tc>
      </w:tr>
      <w:tr w:rsidR="00FF6EEB" w:rsidRPr="00CA3295" w14:paraId="7B1DFD46" w14:textId="77777777">
        <w:trPr>
          <w:cantSplit/>
          <w:trHeight w:val="408"/>
          <w:jc w:val="center"/>
        </w:trPr>
        <w:tc>
          <w:tcPr>
            <w:tcW w:w="1133"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04A84F9"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2</w:t>
            </w:r>
          </w:p>
        </w:tc>
        <w:tc>
          <w:tcPr>
            <w:tcW w:w="861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8AA98DD" w14:textId="77777777" w:rsidR="00FF6EEB" w:rsidRDefault="00FF6EEB">
            <w:pPr>
              <w:rPr>
                <w:rFonts w:asciiTheme="majorHAnsi" w:hAnsiTheme="majorHAnsi" w:cstheme="majorHAnsi"/>
                <w:lang w:val="de-DE"/>
              </w:rPr>
            </w:pPr>
          </w:p>
          <w:p w14:paraId="55DC2FAE" w14:textId="5360EE80" w:rsidR="001C728F" w:rsidRPr="00CA3295" w:rsidRDefault="001C728F">
            <w:pPr>
              <w:rPr>
                <w:rFonts w:asciiTheme="majorHAnsi" w:hAnsiTheme="majorHAnsi" w:cstheme="majorHAnsi"/>
                <w:lang w:val="de-DE"/>
              </w:rPr>
            </w:pPr>
          </w:p>
        </w:tc>
      </w:tr>
      <w:tr w:rsidR="00FF6EEB" w:rsidRPr="00CA3295" w14:paraId="5A7FAC39" w14:textId="77777777">
        <w:trPr>
          <w:cantSplit/>
          <w:trHeight w:val="408"/>
          <w:jc w:val="center"/>
        </w:trPr>
        <w:tc>
          <w:tcPr>
            <w:tcW w:w="1133"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488A692E"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3</w:t>
            </w:r>
          </w:p>
        </w:tc>
        <w:tc>
          <w:tcPr>
            <w:tcW w:w="861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63F677A" w14:textId="77777777" w:rsidR="00FF6EEB" w:rsidRDefault="00FF6EEB">
            <w:pPr>
              <w:rPr>
                <w:rFonts w:asciiTheme="majorHAnsi" w:hAnsiTheme="majorHAnsi" w:cstheme="majorHAnsi"/>
                <w:lang w:val="de-DE"/>
              </w:rPr>
            </w:pPr>
          </w:p>
          <w:p w14:paraId="00F1E235" w14:textId="53B7337F" w:rsidR="001C728F" w:rsidRPr="00CA3295" w:rsidRDefault="001C728F">
            <w:pPr>
              <w:rPr>
                <w:rFonts w:asciiTheme="majorHAnsi" w:hAnsiTheme="majorHAnsi" w:cstheme="majorHAnsi"/>
                <w:lang w:val="de-DE"/>
              </w:rPr>
            </w:pPr>
          </w:p>
        </w:tc>
      </w:tr>
      <w:tr w:rsidR="00FF6EEB" w:rsidRPr="00CA3295" w14:paraId="32E57775" w14:textId="77777777">
        <w:trPr>
          <w:cantSplit/>
          <w:trHeight w:val="408"/>
          <w:jc w:val="center"/>
        </w:trPr>
        <w:tc>
          <w:tcPr>
            <w:tcW w:w="1133"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EFEDD8C" w14:textId="77777777" w:rsidR="00FF6EEB" w:rsidRPr="00CA3295" w:rsidRDefault="008A360B">
            <w:pPr>
              <w:spacing w:after="0"/>
              <w:jc w:val="center"/>
              <w:rPr>
                <w:rFonts w:asciiTheme="majorHAnsi" w:hAnsiTheme="majorHAnsi" w:cstheme="majorHAnsi"/>
                <w:lang w:val="de-DE"/>
              </w:rPr>
            </w:pPr>
            <w:r w:rsidRPr="00CA3295">
              <w:rPr>
                <w:rFonts w:asciiTheme="majorHAnsi" w:hAnsiTheme="majorHAnsi" w:cstheme="majorHAnsi"/>
                <w:color w:val="5A646E"/>
                <w:sz w:val="19"/>
                <w:lang w:val="de-DE"/>
              </w:rPr>
              <w:t>4</w:t>
            </w:r>
          </w:p>
        </w:tc>
        <w:tc>
          <w:tcPr>
            <w:tcW w:w="861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5244559" w14:textId="77777777" w:rsidR="00FF6EEB" w:rsidRDefault="00FF6EEB">
            <w:pPr>
              <w:rPr>
                <w:rFonts w:asciiTheme="majorHAnsi" w:hAnsiTheme="majorHAnsi" w:cstheme="majorHAnsi"/>
                <w:lang w:val="de-DE"/>
              </w:rPr>
            </w:pPr>
          </w:p>
          <w:p w14:paraId="42863D2B" w14:textId="39719314" w:rsidR="001C728F" w:rsidRPr="00CA3295" w:rsidRDefault="001C728F">
            <w:pPr>
              <w:rPr>
                <w:rFonts w:asciiTheme="majorHAnsi" w:hAnsiTheme="majorHAnsi" w:cstheme="majorHAnsi"/>
                <w:lang w:val="de-DE"/>
              </w:rPr>
            </w:pPr>
          </w:p>
        </w:tc>
      </w:tr>
      <w:tr w:rsidR="001C728F" w:rsidRPr="00CA3295" w14:paraId="77398915" w14:textId="77777777">
        <w:trPr>
          <w:cantSplit/>
          <w:trHeight w:val="408"/>
          <w:jc w:val="center"/>
        </w:trPr>
        <w:tc>
          <w:tcPr>
            <w:tcW w:w="1133"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8550292" w14:textId="766834E2" w:rsidR="001C728F" w:rsidRPr="00CA3295" w:rsidRDefault="001C728F">
            <w:pPr>
              <w:spacing w:after="0"/>
              <w:jc w:val="center"/>
              <w:rPr>
                <w:rFonts w:asciiTheme="majorHAnsi" w:hAnsiTheme="majorHAnsi" w:cstheme="majorHAnsi"/>
                <w:color w:val="5A646E"/>
                <w:sz w:val="19"/>
                <w:lang w:val="de-DE"/>
              </w:rPr>
            </w:pPr>
            <w:r>
              <w:rPr>
                <w:rFonts w:asciiTheme="majorHAnsi" w:hAnsiTheme="majorHAnsi" w:cstheme="majorHAnsi"/>
                <w:color w:val="5A646E"/>
                <w:sz w:val="19"/>
                <w:lang w:val="de-DE"/>
              </w:rPr>
              <w:t>5</w:t>
            </w:r>
          </w:p>
        </w:tc>
        <w:tc>
          <w:tcPr>
            <w:tcW w:w="861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504C56B" w14:textId="77777777" w:rsidR="001C728F" w:rsidRDefault="001C728F">
            <w:pPr>
              <w:rPr>
                <w:rFonts w:asciiTheme="majorHAnsi" w:hAnsiTheme="majorHAnsi" w:cstheme="majorHAnsi"/>
                <w:lang w:val="de-DE"/>
              </w:rPr>
            </w:pPr>
          </w:p>
          <w:p w14:paraId="105064D9" w14:textId="6B85546D" w:rsidR="001C728F" w:rsidRPr="00CA3295" w:rsidRDefault="001C728F">
            <w:pPr>
              <w:rPr>
                <w:rFonts w:asciiTheme="majorHAnsi" w:hAnsiTheme="majorHAnsi" w:cstheme="majorHAnsi"/>
                <w:lang w:val="de-DE"/>
              </w:rPr>
            </w:pPr>
          </w:p>
        </w:tc>
      </w:tr>
      <w:tr w:rsidR="001C728F" w:rsidRPr="00CA3295" w14:paraId="35C45B69" w14:textId="77777777">
        <w:trPr>
          <w:cantSplit/>
          <w:trHeight w:val="408"/>
          <w:jc w:val="center"/>
        </w:trPr>
        <w:tc>
          <w:tcPr>
            <w:tcW w:w="1133"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B39185E" w14:textId="16C1AD67" w:rsidR="001C728F" w:rsidRPr="00CA3295" w:rsidRDefault="001C728F">
            <w:pPr>
              <w:spacing w:after="0"/>
              <w:jc w:val="center"/>
              <w:rPr>
                <w:rFonts w:asciiTheme="majorHAnsi" w:hAnsiTheme="majorHAnsi" w:cstheme="majorHAnsi"/>
                <w:color w:val="5A646E"/>
                <w:sz w:val="19"/>
                <w:lang w:val="de-DE"/>
              </w:rPr>
            </w:pPr>
            <w:r>
              <w:rPr>
                <w:rFonts w:asciiTheme="majorHAnsi" w:hAnsiTheme="majorHAnsi" w:cstheme="majorHAnsi"/>
                <w:color w:val="5A646E"/>
                <w:sz w:val="19"/>
                <w:lang w:val="de-DE"/>
              </w:rPr>
              <w:t>6</w:t>
            </w:r>
          </w:p>
        </w:tc>
        <w:tc>
          <w:tcPr>
            <w:tcW w:w="861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1954585" w14:textId="77777777" w:rsidR="001C728F" w:rsidRDefault="001C728F">
            <w:pPr>
              <w:rPr>
                <w:rFonts w:asciiTheme="majorHAnsi" w:hAnsiTheme="majorHAnsi" w:cstheme="majorHAnsi"/>
                <w:lang w:val="de-DE"/>
              </w:rPr>
            </w:pPr>
          </w:p>
          <w:p w14:paraId="0868C118" w14:textId="53168265" w:rsidR="001C728F" w:rsidRPr="00CA3295" w:rsidRDefault="001C728F">
            <w:pPr>
              <w:rPr>
                <w:rFonts w:asciiTheme="majorHAnsi" w:hAnsiTheme="majorHAnsi" w:cstheme="majorHAnsi"/>
                <w:lang w:val="de-DE"/>
              </w:rPr>
            </w:pPr>
          </w:p>
        </w:tc>
      </w:tr>
      <w:tr w:rsidR="001C728F" w:rsidRPr="00CA3295" w14:paraId="09EDF984" w14:textId="77777777">
        <w:trPr>
          <w:cantSplit/>
          <w:trHeight w:val="408"/>
          <w:jc w:val="center"/>
        </w:trPr>
        <w:tc>
          <w:tcPr>
            <w:tcW w:w="1133"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28EB446" w14:textId="1F260018" w:rsidR="001C728F" w:rsidRPr="00CA3295" w:rsidRDefault="001C728F">
            <w:pPr>
              <w:spacing w:after="0"/>
              <w:jc w:val="center"/>
              <w:rPr>
                <w:rFonts w:asciiTheme="majorHAnsi" w:hAnsiTheme="majorHAnsi" w:cstheme="majorHAnsi"/>
                <w:color w:val="5A646E"/>
                <w:sz w:val="19"/>
                <w:lang w:val="de-DE"/>
              </w:rPr>
            </w:pPr>
            <w:r>
              <w:rPr>
                <w:rFonts w:asciiTheme="majorHAnsi" w:hAnsiTheme="majorHAnsi" w:cstheme="majorHAnsi"/>
                <w:color w:val="5A646E"/>
                <w:sz w:val="19"/>
                <w:lang w:val="de-DE"/>
              </w:rPr>
              <w:t>7</w:t>
            </w:r>
          </w:p>
        </w:tc>
        <w:tc>
          <w:tcPr>
            <w:tcW w:w="8617"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BB97FC9" w14:textId="77777777" w:rsidR="001C728F" w:rsidRDefault="001C728F">
            <w:pPr>
              <w:rPr>
                <w:rFonts w:asciiTheme="majorHAnsi" w:hAnsiTheme="majorHAnsi" w:cstheme="majorHAnsi"/>
                <w:lang w:val="de-DE"/>
              </w:rPr>
            </w:pPr>
          </w:p>
          <w:p w14:paraId="37A682A0" w14:textId="7698B736" w:rsidR="001C728F" w:rsidRPr="00CA3295" w:rsidRDefault="001C728F">
            <w:pPr>
              <w:rPr>
                <w:rFonts w:asciiTheme="majorHAnsi" w:hAnsiTheme="majorHAnsi" w:cstheme="majorHAnsi"/>
                <w:lang w:val="de-DE"/>
              </w:rPr>
            </w:pPr>
          </w:p>
        </w:tc>
      </w:tr>
    </w:tbl>
    <w:p w14:paraId="2C2343F3" w14:textId="77777777" w:rsidR="001C728F" w:rsidRDefault="001C728F">
      <w:pPr>
        <w:spacing w:before="140"/>
        <w:rPr>
          <w:rFonts w:asciiTheme="majorHAnsi" w:hAnsiTheme="majorHAnsi" w:cstheme="majorHAnsi"/>
          <w:b/>
          <w:color w:val="1F4E78"/>
          <w:sz w:val="26"/>
          <w:lang w:val="de-DE"/>
        </w:rPr>
      </w:pPr>
    </w:p>
    <w:p w14:paraId="785569A8" w14:textId="7708E1FF" w:rsidR="001C728F" w:rsidRPr="001C728F" w:rsidRDefault="001C728F">
      <w:pPr>
        <w:spacing w:before="140"/>
        <w:rPr>
          <w:rFonts w:asciiTheme="majorHAnsi" w:hAnsiTheme="majorHAnsi" w:cstheme="majorHAnsi"/>
          <w:b/>
          <w:color w:val="4F81BD" w:themeColor="accent1"/>
          <w:sz w:val="26"/>
          <w:lang w:val="de-DE"/>
        </w:rPr>
      </w:pPr>
      <w:r w:rsidRPr="001C728F">
        <w:rPr>
          <w:rFonts w:asciiTheme="majorHAnsi" w:hAnsiTheme="majorHAnsi" w:cstheme="majorHAnsi"/>
          <w:b/>
          <w:color w:val="4F81BD" w:themeColor="accent1"/>
          <w:sz w:val="26"/>
          <w:lang w:val="de-DE"/>
        </w:rPr>
        <w:t>7</w:t>
      </w:r>
      <w:r w:rsidR="009F229B" w:rsidRPr="00CA3295">
        <w:rPr>
          <w:rFonts w:asciiTheme="majorHAnsi" w:hAnsiTheme="majorHAnsi" w:cstheme="majorHAnsi"/>
          <w:b/>
          <w:color w:val="4F81BD" w:themeColor="accent1"/>
          <w:sz w:val="26"/>
          <w:lang w:val="de-DE"/>
        </w:rPr>
        <w:t>·</w:t>
      </w:r>
      <w:r w:rsidRPr="001C728F">
        <w:rPr>
          <w:rFonts w:asciiTheme="majorHAnsi" w:hAnsiTheme="majorHAnsi" w:cstheme="majorHAnsi"/>
          <w:b/>
          <w:color w:val="4F81BD" w:themeColor="accent1"/>
          <w:sz w:val="26"/>
          <w:lang w:val="de-DE"/>
        </w:rPr>
        <w:t xml:space="preserve"> Wichtigste Informationen zum Inhalt der Präsentation</w:t>
      </w:r>
    </w:p>
    <w:p w14:paraId="7F934371" w14:textId="0A71301E" w:rsidR="001C728F" w:rsidRDefault="001C728F">
      <w:pPr>
        <w:spacing w:before="140"/>
        <w:rPr>
          <w:rFonts w:asciiTheme="majorHAnsi" w:hAnsiTheme="majorHAnsi" w:cstheme="majorHAnsi"/>
          <w:b/>
          <w:color w:val="1F4E78"/>
          <w:sz w:val="24"/>
          <w:szCs w:val="20"/>
          <w:lang w:val="de-DE"/>
        </w:rPr>
      </w:pPr>
      <w:r w:rsidRPr="009F229B">
        <w:rPr>
          <w:rFonts w:asciiTheme="majorHAnsi" w:hAnsiTheme="majorHAnsi" w:cstheme="majorHAnsi"/>
          <w:b/>
          <w:color w:val="1F4E78"/>
          <w:sz w:val="24"/>
          <w:szCs w:val="20"/>
          <w:lang w:val="de-DE"/>
        </w:rPr>
        <w:t xml:space="preserve">Hier fügst du Seiten ein, die du selbst, möglichst digital, verfasst hast. </w:t>
      </w:r>
      <w:r w:rsidR="009F229B" w:rsidRPr="009F229B">
        <w:rPr>
          <w:rFonts w:asciiTheme="majorHAnsi" w:hAnsiTheme="majorHAnsi" w:cstheme="majorHAnsi"/>
          <w:b/>
          <w:color w:val="1F4E78"/>
          <w:sz w:val="24"/>
          <w:szCs w:val="20"/>
          <w:lang w:val="de-DE"/>
        </w:rPr>
        <w:t>Du schreibst fachlichen Inhalt entsprechend deiner Punkte in der Gliederung für die Präsentation. Diese Seiten sind eine sehr gute Vorbereitung für dich und deine Präsentation, weil du dich mit dem fachlichen Inhalt auseinandersetzt.</w:t>
      </w:r>
    </w:p>
    <w:p w14:paraId="334F93B0" w14:textId="01943467" w:rsidR="009F229B" w:rsidRDefault="009F229B">
      <w:pPr>
        <w:spacing w:before="140"/>
        <w:rPr>
          <w:rFonts w:asciiTheme="majorHAnsi" w:hAnsiTheme="majorHAnsi" w:cstheme="majorHAnsi"/>
          <w:b/>
          <w:color w:val="1F4E78"/>
          <w:sz w:val="24"/>
          <w:szCs w:val="20"/>
          <w:lang w:val="de-DE"/>
        </w:rPr>
      </w:pPr>
      <w:r>
        <w:rPr>
          <w:rFonts w:asciiTheme="majorHAnsi" w:hAnsiTheme="majorHAnsi" w:cstheme="majorHAnsi"/>
          <w:b/>
          <w:color w:val="1F4E78"/>
          <w:sz w:val="24"/>
          <w:szCs w:val="20"/>
          <w:lang w:val="de-DE"/>
        </w:rPr>
        <w:t>Füge die Seiten als Anhang hinzu.</w:t>
      </w:r>
    </w:p>
    <w:p w14:paraId="2DAB0240" w14:textId="148218E3" w:rsidR="009F229B" w:rsidRDefault="009F229B">
      <w:pPr>
        <w:spacing w:before="140"/>
        <w:rPr>
          <w:rFonts w:asciiTheme="majorHAnsi" w:hAnsiTheme="majorHAnsi" w:cstheme="majorHAnsi"/>
          <w:b/>
          <w:color w:val="1F4E78"/>
          <w:sz w:val="24"/>
          <w:szCs w:val="20"/>
          <w:lang w:val="de-DE"/>
        </w:rPr>
      </w:pPr>
    </w:p>
    <w:p w14:paraId="5E016DF4" w14:textId="6F8BC912" w:rsidR="009F229B" w:rsidRDefault="009F229B">
      <w:pPr>
        <w:spacing w:before="140"/>
        <w:rPr>
          <w:rFonts w:asciiTheme="majorHAnsi" w:hAnsiTheme="majorHAnsi" w:cstheme="majorHAnsi"/>
          <w:b/>
          <w:color w:val="4F81BD" w:themeColor="accent1"/>
          <w:sz w:val="26"/>
          <w:lang w:val="de-DE"/>
        </w:rPr>
      </w:pPr>
      <w:r w:rsidRPr="009F229B">
        <w:rPr>
          <w:rFonts w:asciiTheme="majorHAnsi" w:hAnsiTheme="majorHAnsi" w:cstheme="majorHAnsi"/>
          <w:b/>
          <w:color w:val="4F81BD" w:themeColor="accent1"/>
          <w:sz w:val="26"/>
          <w:lang w:val="de-DE"/>
        </w:rPr>
        <w:t>8</w:t>
      </w:r>
      <w:r w:rsidRPr="00CA3295">
        <w:rPr>
          <w:rFonts w:asciiTheme="majorHAnsi" w:hAnsiTheme="majorHAnsi" w:cstheme="majorHAnsi"/>
          <w:b/>
          <w:color w:val="4F81BD" w:themeColor="accent1"/>
          <w:sz w:val="26"/>
          <w:lang w:val="de-DE"/>
        </w:rPr>
        <w:t>·</w:t>
      </w:r>
      <w:r>
        <w:rPr>
          <w:rFonts w:asciiTheme="majorHAnsi" w:hAnsiTheme="majorHAnsi" w:cstheme="majorHAnsi"/>
          <w:b/>
          <w:color w:val="4F81BD" w:themeColor="accent1"/>
          <w:sz w:val="26"/>
          <w:lang w:val="de-DE"/>
        </w:rPr>
        <w:t xml:space="preserve"> Eigene Ergebnisse und Erkenntnisse</w:t>
      </w:r>
    </w:p>
    <w:p w14:paraId="60ADAEAC" w14:textId="51F4379E" w:rsidR="009F229B" w:rsidRDefault="009F229B">
      <w:pPr>
        <w:spacing w:before="140"/>
        <w:rPr>
          <w:rFonts w:asciiTheme="majorHAnsi" w:hAnsiTheme="majorHAnsi" w:cstheme="majorHAnsi"/>
          <w:b/>
          <w:color w:val="1F4E78"/>
          <w:sz w:val="24"/>
          <w:szCs w:val="20"/>
          <w:lang w:val="de-DE"/>
        </w:rPr>
      </w:pPr>
      <w:r w:rsidRPr="009F229B">
        <w:rPr>
          <w:rFonts w:asciiTheme="majorHAnsi" w:hAnsiTheme="majorHAnsi" w:cstheme="majorHAnsi"/>
          <w:b/>
          <w:color w:val="1F4E78"/>
          <w:sz w:val="24"/>
          <w:szCs w:val="20"/>
          <w:lang w:val="de-DE"/>
        </w:rPr>
        <w:t>Notiere deine eigenen, für dich relevanten Ergebnisse und Erkenntnisse, die du durch die Arbeit an deinem Thema</w:t>
      </w:r>
      <w:r>
        <w:rPr>
          <w:rFonts w:asciiTheme="majorHAnsi" w:hAnsiTheme="majorHAnsi" w:cstheme="majorHAnsi"/>
          <w:b/>
          <w:color w:val="1F4E78"/>
          <w:sz w:val="24"/>
          <w:szCs w:val="20"/>
          <w:lang w:val="de-DE"/>
        </w:rPr>
        <w:t xml:space="preserve"> festgestellt bzw. erlangt hast. </w:t>
      </w:r>
    </w:p>
    <w:p w14:paraId="2106804B" w14:textId="77777777" w:rsidR="009F229B" w:rsidRPr="009F229B" w:rsidRDefault="009F229B">
      <w:pPr>
        <w:spacing w:before="140"/>
        <w:rPr>
          <w:rFonts w:asciiTheme="majorHAnsi" w:hAnsiTheme="majorHAnsi" w:cstheme="majorHAnsi"/>
          <w:b/>
          <w:color w:val="1F4E78"/>
          <w:sz w:val="24"/>
          <w:szCs w:val="20"/>
          <w:lang w:val="de-DE"/>
        </w:rPr>
      </w:pPr>
    </w:p>
    <w:tbl>
      <w:tblPr>
        <w:tblW w:w="0" w:type="auto"/>
        <w:jc w:val="center"/>
        <w:tblLayout w:type="fixed"/>
        <w:tblLook w:val="04A0" w:firstRow="1" w:lastRow="0" w:firstColumn="1" w:lastColumn="0" w:noHBand="0" w:noVBand="1"/>
      </w:tblPr>
      <w:tblGrid>
        <w:gridCol w:w="9915"/>
      </w:tblGrid>
      <w:tr w:rsidR="009F229B" w:rsidRPr="00CA3295" w14:paraId="0DA4DD31" w14:textId="77777777" w:rsidTr="009F229B">
        <w:trPr>
          <w:cantSplit/>
          <w:jc w:val="center"/>
        </w:trPr>
        <w:tc>
          <w:tcPr>
            <w:tcW w:w="9915"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63DC1880" w14:textId="6521D00B" w:rsidR="009F229B" w:rsidRPr="00CA3295" w:rsidRDefault="009F229B" w:rsidP="009E17CC">
            <w:pPr>
              <w:spacing w:after="0"/>
              <w:jc w:val="center"/>
              <w:rPr>
                <w:rFonts w:asciiTheme="majorHAnsi" w:hAnsiTheme="majorHAnsi" w:cstheme="majorHAnsi"/>
                <w:lang w:val="de-DE"/>
              </w:rPr>
            </w:pPr>
            <w:r>
              <w:rPr>
                <w:rFonts w:asciiTheme="majorHAnsi" w:hAnsiTheme="majorHAnsi" w:cstheme="majorHAnsi"/>
                <w:b/>
                <w:color w:val="243746"/>
                <w:sz w:val="19"/>
                <w:lang w:val="de-DE"/>
              </w:rPr>
              <w:t>Kurze Erläuterung der Ergebnisse und Erkenntnisse</w:t>
            </w:r>
          </w:p>
        </w:tc>
      </w:tr>
      <w:tr w:rsidR="009F229B" w:rsidRPr="00CA3295" w14:paraId="637C3BC9" w14:textId="77777777" w:rsidTr="009F229B">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9FE0C17" w14:textId="5D3717ED" w:rsidR="009F229B" w:rsidRDefault="009F229B" w:rsidP="009E17CC">
            <w:pPr>
              <w:rPr>
                <w:rFonts w:asciiTheme="majorHAnsi" w:hAnsiTheme="majorHAnsi" w:cstheme="majorHAnsi"/>
                <w:lang w:val="de-DE"/>
              </w:rPr>
            </w:pPr>
          </w:p>
          <w:p w14:paraId="259DC873" w14:textId="77777777" w:rsidR="009F229B" w:rsidRDefault="009F229B" w:rsidP="009E17CC">
            <w:pPr>
              <w:rPr>
                <w:rFonts w:asciiTheme="majorHAnsi" w:hAnsiTheme="majorHAnsi" w:cstheme="majorHAnsi"/>
                <w:lang w:val="de-DE"/>
              </w:rPr>
            </w:pPr>
          </w:p>
          <w:p w14:paraId="6222935D" w14:textId="77777777" w:rsidR="009F229B" w:rsidRPr="00CA3295" w:rsidRDefault="009F229B" w:rsidP="009E17CC">
            <w:pPr>
              <w:rPr>
                <w:rFonts w:asciiTheme="majorHAnsi" w:hAnsiTheme="majorHAnsi" w:cstheme="majorHAnsi"/>
                <w:lang w:val="de-DE"/>
              </w:rPr>
            </w:pPr>
          </w:p>
        </w:tc>
      </w:tr>
      <w:tr w:rsidR="009F229B" w:rsidRPr="00CA3295" w14:paraId="0FE5BB4E" w14:textId="77777777" w:rsidTr="009F229B">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8987C35" w14:textId="311FA617" w:rsidR="009F229B" w:rsidRDefault="009F229B" w:rsidP="009E17CC">
            <w:pPr>
              <w:rPr>
                <w:rFonts w:asciiTheme="majorHAnsi" w:hAnsiTheme="majorHAnsi" w:cstheme="majorHAnsi"/>
                <w:lang w:val="de-DE"/>
              </w:rPr>
            </w:pPr>
          </w:p>
          <w:p w14:paraId="263390AE" w14:textId="77777777" w:rsidR="009F229B" w:rsidRDefault="009F229B" w:rsidP="009E17CC">
            <w:pPr>
              <w:rPr>
                <w:rFonts w:asciiTheme="majorHAnsi" w:hAnsiTheme="majorHAnsi" w:cstheme="majorHAnsi"/>
                <w:lang w:val="de-DE"/>
              </w:rPr>
            </w:pPr>
          </w:p>
          <w:p w14:paraId="4CE1DCF0" w14:textId="77777777" w:rsidR="009F229B" w:rsidRPr="00CA3295" w:rsidRDefault="009F229B" w:rsidP="009E17CC">
            <w:pPr>
              <w:rPr>
                <w:rFonts w:asciiTheme="majorHAnsi" w:hAnsiTheme="majorHAnsi" w:cstheme="majorHAnsi"/>
                <w:lang w:val="de-DE"/>
              </w:rPr>
            </w:pPr>
          </w:p>
        </w:tc>
      </w:tr>
      <w:tr w:rsidR="009F229B" w:rsidRPr="00CA3295" w14:paraId="3DE3D8AB" w14:textId="77777777" w:rsidTr="009F229B">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0A99EE3" w14:textId="77777777" w:rsidR="009F229B" w:rsidRDefault="009F229B" w:rsidP="009E17CC">
            <w:pPr>
              <w:rPr>
                <w:rFonts w:asciiTheme="majorHAnsi" w:hAnsiTheme="majorHAnsi" w:cstheme="majorHAnsi"/>
                <w:lang w:val="de-DE"/>
              </w:rPr>
            </w:pPr>
          </w:p>
          <w:p w14:paraId="13BFA683" w14:textId="77777777" w:rsidR="009F229B" w:rsidRDefault="009F229B" w:rsidP="009E17CC">
            <w:pPr>
              <w:rPr>
                <w:rFonts w:asciiTheme="majorHAnsi" w:hAnsiTheme="majorHAnsi" w:cstheme="majorHAnsi"/>
                <w:lang w:val="de-DE"/>
              </w:rPr>
            </w:pPr>
          </w:p>
          <w:p w14:paraId="76413038" w14:textId="185F1BF1" w:rsidR="009F229B" w:rsidRPr="00CA3295" w:rsidRDefault="009F229B" w:rsidP="009E17CC">
            <w:pPr>
              <w:rPr>
                <w:rFonts w:asciiTheme="majorHAnsi" w:hAnsiTheme="majorHAnsi" w:cstheme="majorHAnsi"/>
                <w:lang w:val="de-DE"/>
              </w:rPr>
            </w:pPr>
          </w:p>
        </w:tc>
      </w:tr>
      <w:tr w:rsidR="009F229B" w:rsidRPr="00CA3295" w14:paraId="3C800EB2" w14:textId="77777777" w:rsidTr="009F229B">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33C4A87" w14:textId="77777777" w:rsidR="009F229B" w:rsidRDefault="009F229B" w:rsidP="009E17CC">
            <w:pPr>
              <w:rPr>
                <w:rFonts w:asciiTheme="majorHAnsi" w:hAnsiTheme="majorHAnsi" w:cstheme="majorHAnsi"/>
                <w:lang w:val="de-DE"/>
              </w:rPr>
            </w:pPr>
          </w:p>
          <w:p w14:paraId="1D99541E" w14:textId="77777777" w:rsidR="009F229B" w:rsidRDefault="009F229B" w:rsidP="009E17CC">
            <w:pPr>
              <w:rPr>
                <w:rFonts w:asciiTheme="majorHAnsi" w:hAnsiTheme="majorHAnsi" w:cstheme="majorHAnsi"/>
                <w:lang w:val="de-DE"/>
              </w:rPr>
            </w:pPr>
          </w:p>
          <w:p w14:paraId="5B03D144" w14:textId="3A63B165" w:rsidR="009F229B" w:rsidRPr="00CA3295" w:rsidRDefault="009F229B" w:rsidP="009E17CC">
            <w:pPr>
              <w:rPr>
                <w:rFonts w:asciiTheme="majorHAnsi" w:hAnsiTheme="majorHAnsi" w:cstheme="majorHAnsi"/>
                <w:lang w:val="de-DE"/>
              </w:rPr>
            </w:pPr>
          </w:p>
        </w:tc>
      </w:tr>
      <w:tr w:rsidR="009F229B" w:rsidRPr="00CA3295" w14:paraId="406A4933" w14:textId="77777777" w:rsidTr="009F229B">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2C2583A" w14:textId="77777777" w:rsidR="009F229B" w:rsidRDefault="009F229B" w:rsidP="009E17CC">
            <w:pPr>
              <w:rPr>
                <w:rFonts w:asciiTheme="majorHAnsi" w:hAnsiTheme="majorHAnsi" w:cstheme="majorHAnsi"/>
                <w:lang w:val="de-DE"/>
              </w:rPr>
            </w:pPr>
          </w:p>
          <w:p w14:paraId="1B49E5BF" w14:textId="77777777" w:rsidR="009F229B" w:rsidRDefault="009F229B" w:rsidP="009E17CC">
            <w:pPr>
              <w:rPr>
                <w:rFonts w:asciiTheme="majorHAnsi" w:hAnsiTheme="majorHAnsi" w:cstheme="majorHAnsi"/>
                <w:lang w:val="de-DE"/>
              </w:rPr>
            </w:pPr>
          </w:p>
          <w:p w14:paraId="04BF77F9" w14:textId="1E3CBDCB" w:rsidR="009F229B" w:rsidRPr="00CA3295" w:rsidRDefault="009F229B" w:rsidP="009E17CC">
            <w:pPr>
              <w:rPr>
                <w:rFonts w:asciiTheme="majorHAnsi" w:hAnsiTheme="majorHAnsi" w:cstheme="majorHAnsi"/>
                <w:lang w:val="de-DE"/>
              </w:rPr>
            </w:pPr>
          </w:p>
        </w:tc>
      </w:tr>
      <w:tr w:rsidR="009F229B" w:rsidRPr="00CA3295" w14:paraId="3FD71A72" w14:textId="77777777" w:rsidTr="009F229B">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CB6148B" w14:textId="7CFF916C" w:rsidR="009F229B" w:rsidRDefault="009F229B" w:rsidP="009E17CC">
            <w:pPr>
              <w:rPr>
                <w:rFonts w:asciiTheme="majorHAnsi" w:hAnsiTheme="majorHAnsi" w:cstheme="majorHAnsi"/>
                <w:lang w:val="de-DE"/>
              </w:rPr>
            </w:pPr>
          </w:p>
          <w:p w14:paraId="737ACF8C" w14:textId="77777777" w:rsidR="009F229B" w:rsidRDefault="009F229B" w:rsidP="009E17CC">
            <w:pPr>
              <w:rPr>
                <w:rFonts w:asciiTheme="majorHAnsi" w:hAnsiTheme="majorHAnsi" w:cstheme="majorHAnsi"/>
                <w:lang w:val="de-DE"/>
              </w:rPr>
            </w:pPr>
          </w:p>
          <w:p w14:paraId="703F1A0B" w14:textId="77777777" w:rsidR="009F229B" w:rsidRPr="00CA3295" w:rsidRDefault="009F229B" w:rsidP="009E17CC">
            <w:pPr>
              <w:rPr>
                <w:rFonts w:asciiTheme="majorHAnsi" w:hAnsiTheme="majorHAnsi" w:cstheme="majorHAnsi"/>
                <w:lang w:val="de-DE"/>
              </w:rPr>
            </w:pPr>
          </w:p>
        </w:tc>
      </w:tr>
      <w:tr w:rsidR="009F229B" w:rsidRPr="00CA3295" w14:paraId="7BB1229B" w14:textId="77777777" w:rsidTr="009F229B">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BE47C82" w14:textId="49791CAE" w:rsidR="009F229B" w:rsidRDefault="009F229B" w:rsidP="009E17CC">
            <w:pPr>
              <w:rPr>
                <w:rFonts w:asciiTheme="majorHAnsi" w:hAnsiTheme="majorHAnsi" w:cstheme="majorHAnsi"/>
                <w:lang w:val="de-DE"/>
              </w:rPr>
            </w:pPr>
          </w:p>
          <w:p w14:paraId="464E0B90" w14:textId="77777777" w:rsidR="009F229B" w:rsidRDefault="009F229B" w:rsidP="009E17CC">
            <w:pPr>
              <w:rPr>
                <w:rFonts w:asciiTheme="majorHAnsi" w:hAnsiTheme="majorHAnsi" w:cstheme="majorHAnsi"/>
                <w:lang w:val="de-DE"/>
              </w:rPr>
            </w:pPr>
          </w:p>
          <w:p w14:paraId="47895C92" w14:textId="77777777" w:rsidR="009F229B" w:rsidRPr="00CA3295" w:rsidRDefault="009F229B" w:rsidP="009E17CC">
            <w:pPr>
              <w:rPr>
                <w:rFonts w:asciiTheme="majorHAnsi" w:hAnsiTheme="majorHAnsi" w:cstheme="majorHAnsi"/>
                <w:lang w:val="de-DE"/>
              </w:rPr>
            </w:pPr>
          </w:p>
        </w:tc>
      </w:tr>
    </w:tbl>
    <w:p w14:paraId="46647EE9" w14:textId="41F2993C" w:rsidR="001C728F" w:rsidRDefault="009F229B">
      <w:pPr>
        <w:spacing w:before="140"/>
        <w:rPr>
          <w:rFonts w:asciiTheme="majorHAnsi" w:hAnsiTheme="majorHAnsi" w:cstheme="majorHAnsi"/>
          <w:b/>
          <w:color w:val="4F81BD" w:themeColor="accent1"/>
          <w:sz w:val="26"/>
          <w:lang w:val="de-DE"/>
        </w:rPr>
      </w:pPr>
      <w:r w:rsidRPr="009F229B">
        <w:rPr>
          <w:rFonts w:asciiTheme="majorHAnsi" w:hAnsiTheme="majorHAnsi" w:cstheme="majorHAnsi"/>
          <w:b/>
          <w:color w:val="4F81BD" w:themeColor="accent1"/>
          <w:sz w:val="26"/>
          <w:lang w:val="de-DE"/>
        </w:rPr>
        <w:lastRenderedPageBreak/>
        <w:t>9</w:t>
      </w:r>
      <w:r w:rsidRPr="00CA3295">
        <w:rPr>
          <w:rFonts w:asciiTheme="majorHAnsi" w:hAnsiTheme="majorHAnsi" w:cstheme="majorHAnsi"/>
          <w:b/>
          <w:color w:val="4F81BD" w:themeColor="accent1"/>
          <w:sz w:val="26"/>
          <w:lang w:val="de-DE"/>
        </w:rPr>
        <w:t>·</w:t>
      </w:r>
      <w:r>
        <w:rPr>
          <w:rFonts w:asciiTheme="majorHAnsi" w:hAnsiTheme="majorHAnsi" w:cstheme="majorHAnsi"/>
          <w:b/>
          <w:color w:val="4F81BD" w:themeColor="accent1"/>
          <w:sz w:val="26"/>
          <w:lang w:val="de-DE"/>
        </w:rPr>
        <w:t xml:space="preserve"> Vorbereitung der Präsentation</w:t>
      </w:r>
    </w:p>
    <w:p w14:paraId="12ED6213" w14:textId="7B3B14CE" w:rsidR="009F229B" w:rsidRPr="009F229B" w:rsidRDefault="009F229B">
      <w:pPr>
        <w:spacing w:before="140"/>
        <w:rPr>
          <w:rFonts w:asciiTheme="majorHAnsi" w:hAnsiTheme="majorHAnsi" w:cstheme="majorHAnsi"/>
          <w:b/>
          <w:color w:val="1F4E78"/>
          <w:sz w:val="24"/>
          <w:szCs w:val="20"/>
          <w:lang w:val="de-DE"/>
        </w:rPr>
      </w:pPr>
      <w:r w:rsidRPr="009F229B">
        <w:rPr>
          <w:rFonts w:asciiTheme="majorHAnsi" w:hAnsiTheme="majorHAnsi" w:cstheme="majorHAnsi"/>
          <w:b/>
          <w:color w:val="1F4E78"/>
          <w:sz w:val="24"/>
          <w:szCs w:val="20"/>
          <w:lang w:val="de-DE"/>
        </w:rPr>
        <w:t>Notiere hier, wie und in welcher Form du dich auf deine Präsentation vorbereitest</w:t>
      </w:r>
      <w:r>
        <w:rPr>
          <w:rFonts w:asciiTheme="majorHAnsi" w:hAnsiTheme="majorHAnsi" w:cstheme="majorHAnsi"/>
          <w:b/>
          <w:color w:val="1F4E78"/>
          <w:sz w:val="24"/>
          <w:szCs w:val="20"/>
          <w:lang w:val="de-DE"/>
        </w:rPr>
        <w:t xml:space="preserve"> und w</w:t>
      </w:r>
      <w:r w:rsidRPr="009F229B">
        <w:rPr>
          <w:rFonts w:asciiTheme="majorHAnsi" w:hAnsiTheme="majorHAnsi" w:cstheme="majorHAnsi"/>
          <w:b/>
          <w:color w:val="1F4E78"/>
          <w:sz w:val="24"/>
          <w:szCs w:val="20"/>
          <w:lang w:val="de-DE"/>
        </w:rPr>
        <w:t>elches Anschauungsmaterial du nutzt (Modell, PowerPoint, Werkstück, Choreografie, Bilder, Plakate etc.)</w:t>
      </w:r>
      <w:r>
        <w:rPr>
          <w:rFonts w:asciiTheme="majorHAnsi" w:hAnsiTheme="majorHAnsi" w:cstheme="majorHAnsi"/>
          <w:b/>
          <w:color w:val="1F4E78"/>
          <w:sz w:val="24"/>
          <w:szCs w:val="20"/>
          <w:lang w:val="de-DE"/>
        </w:rPr>
        <w:t>.</w:t>
      </w:r>
    </w:p>
    <w:tbl>
      <w:tblPr>
        <w:tblW w:w="0" w:type="auto"/>
        <w:jc w:val="center"/>
        <w:tblLayout w:type="fixed"/>
        <w:tblLook w:val="04A0" w:firstRow="1" w:lastRow="0" w:firstColumn="1" w:lastColumn="0" w:noHBand="0" w:noVBand="1"/>
      </w:tblPr>
      <w:tblGrid>
        <w:gridCol w:w="9915"/>
      </w:tblGrid>
      <w:tr w:rsidR="009F229B" w:rsidRPr="00CA3295" w14:paraId="4D0C9731" w14:textId="77777777" w:rsidTr="009E17CC">
        <w:trPr>
          <w:cantSplit/>
          <w:jc w:val="center"/>
        </w:trPr>
        <w:tc>
          <w:tcPr>
            <w:tcW w:w="9915" w:type="dxa"/>
            <w:tcBorders>
              <w:top w:val="single" w:sz="6" w:space="0" w:color="7E9DB9"/>
              <w:left w:val="single" w:sz="6" w:space="0" w:color="7E9DB9"/>
              <w:bottom w:val="single" w:sz="6" w:space="0" w:color="7E9DB9"/>
              <w:right w:val="single" w:sz="6" w:space="0" w:color="7E9DB9"/>
            </w:tcBorders>
            <w:shd w:val="clear" w:color="auto" w:fill="D9EAF4"/>
            <w:tcMar>
              <w:top w:w="80" w:type="dxa"/>
              <w:left w:w="90" w:type="dxa"/>
              <w:bottom w:w="80" w:type="dxa"/>
              <w:right w:w="90" w:type="dxa"/>
            </w:tcMar>
            <w:vAlign w:val="center"/>
          </w:tcPr>
          <w:p w14:paraId="0628247E" w14:textId="1D89A0E0" w:rsidR="009F229B" w:rsidRPr="00CA3295" w:rsidRDefault="009F229B" w:rsidP="009E17CC">
            <w:pPr>
              <w:spacing w:after="0"/>
              <w:jc w:val="center"/>
              <w:rPr>
                <w:rFonts w:asciiTheme="majorHAnsi" w:hAnsiTheme="majorHAnsi" w:cstheme="majorHAnsi"/>
                <w:lang w:val="de-DE"/>
              </w:rPr>
            </w:pPr>
            <w:r>
              <w:rPr>
                <w:rFonts w:asciiTheme="majorHAnsi" w:hAnsiTheme="majorHAnsi" w:cstheme="majorHAnsi"/>
                <w:b/>
                <w:color w:val="243746"/>
                <w:sz w:val="19"/>
                <w:lang w:val="de-DE"/>
              </w:rPr>
              <w:t>Kurze Erläuterung de</w:t>
            </w:r>
            <w:r w:rsidR="00D95E45">
              <w:rPr>
                <w:rFonts w:asciiTheme="majorHAnsi" w:hAnsiTheme="majorHAnsi" w:cstheme="majorHAnsi"/>
                <w:b/>
                <w:color w:val="243746"/>
                <w:sz w:val="19"/>
                <w:lang w:val="de-DE"/>
              </w:rPr>
              <w:t>iner Vorbereitung</w:t>
            </w:r>
          </w:p>
        </w:tc>
      </w:tr>
      <w:tr w:rsidR="009F229B" w:rsidRPr="00CA3295" w14:paraId="2A587C06" w14:textId="77777777" w:rsidTr="009E17CC">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7110D16" w14:textId="77777777" w:rsidR="009F229B" w:rsidRDefault="009F229B" w:rsidP="009E17CC">
            <w:pPr>
              <w:rPr>
                <w:rFonts w:asciiTheme="majorHAnsi" w:hAnsiTheme="majorHAnsi" w:cstheme="majorHAnsi"/>
                <w:lang w:val="de-DE"/>
              </w:rPr>
            </w:pPr>
          </w:p>
          <w:p w14:paraId="64300079" w14:textId="77777777" w:rsidR="009F229B" w:rsidRDefault="009F229B" w:rsidP="009E17CC">
            <w:pPr>
              <w:rPr>
                <w:rFonts w:asciiTheme="majorHAnsi" w:hAnsiTheme="majorHAnsi" w:cstheme="majorHAnsi"/>
                <w:lang w:val="de-DE"/>
              </w:rPr>
            </w:pPr>
          </w:p>
          <w:p w14:paraId="208F08FC" w14:textId="77777777" w:rsidR="009F229B" w:rsidRPr="00CA3295" w:rsidRDefault="009F229B" w:rsidP="009E17CC">
            <w:pPr>
              <w:rPr>
                <w:rFonts w:asciiTheme="majorHAnsi" w:hAnsiTheme="majorHAnsi" w:cstheme="majorHAnsi"/>
                <w:lang w:val="de-DE"/>
              </w:rPr>
            </w:pPr>
          </w:p>
        </w:tc>
      </w:tr>
      <w:tr w:rsidR="009F229B" w:rsidRPr="00CA3295" w14:paraId="399AE066" w14:textId="77777777" w:rsidTr="009E17CC">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1F9AA8CE" w14:textId="77777777" w:rsidR="009F229B" w:rsidRDefault="009F229B" w:rsidP="009E17CC">
            <w:pPr>
              <w:rPr>
                <w:rFonts w:asciiTheme="majorHAnsi" w:hAnsiTheme="majorHAnsi" w:cstheme="majorHAnsi"/>
                <w:lang w:val="de-DE"/>
              </w:rPr>
            </w:pPr>
          </w:p>
          <w:p w14:paraId="0B4AAA46" w14:textId="77777777" w:rsidR="009F229B" w:rsidRDefault="009F229B" w:rsidP="009E17CC">
            <w:pPr>
              <w:rPr>
                <w:rFonts w:asciiTheme="majorHAnsi" w:hAnsiTheme="majorHAnsi" w:cstheme="majorHAnsi"/>
                <w:lang w:val="de-DE"/>
              </w:rPr>
            </w:pPr>
          </w:p>
          <w:p w14:paraId="4A730530" w14:textId="77777777" w:rsidR="009F229B" w:rsidRPr="00CA3295" w:rsidRDefault="009F229B" w:rsidP="009E17CC">
            <w:pPr>
              <w:rPr>
                <w:rFonts w:asciiTheme="majorHAnsi" w:hAnsiTheme="majorHAnsi" w:cstheme="majorHAnsi"/>
                <w:lang w:val="de-DE"/>
              </w:rPr>
            </w:pPr>
          </w:p>
        </w:tc>
      </w:tr>
      <w:tr w:rsidR="009F229B" w:rsidRPr="00CA3295" w14:paraId="3750FAF5" w14:textId="77777777" w:rsidTr="009E17CC">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059F7A5B" w14:textId="77777777" w:rsidR="009F229B" w:rsidRDefault="009F229B" w:rsidP="009E17CC">
            <w:pPr>
              <w:rPr>
                <w:rFonts w:asciiTheme="majorHAnsi" w:hAnsiTheme="majorHAnsi" w:cstheme="majorHAnsi"/>
                <w:lang w:val="de-DE"/>
              </w:rPr>
            </w:pPr>
          </w:p>
          <w:p w14:paraId="5225AB9B" w14:textId="77777777" w:rsidR="009F229B" w:rsidRDefault="009F229B" w:rsidP="009E17CC">
            <w:pPr>
              <w:rPr>
                <w:rFonts w:asciiTheme="majorHAnsi" w:hAnsiTheme="majorHAnsi" w:cstheme="majorHAnsi"/>
                <w:lang w:val="de-DE"/>
              </w:rPr>
            </w:pPr>
          </w:p>
          <w:p w14:paraId="0A353C25" w14:textId="77777777" w:rsidR="009F229B" w:rsidRPr="00CA3295" w:rsidRDefault="009F229B" w:rsidP="009E17CC">
            <w:pPr>
              <w:rPr>
                <w:rFonts w:asciiTheme="majorHAnsi" w:hAnsiTheme="majorHAnsi" w:cstheme="majorHAnsi"/>
                <w:lang w:val="de-DE"/>
              </w:rPr>
            </w:pPr>
          </w:p>
        </w:tc>
      </w:tr>
      <w:tr w:rsidR="009F229B" w:rsidRPr="00CA3295" w14:paraId="3BEF93F5" w14:textId="77777777" w:rsidTr="009E17CC">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38B86697" w14:textId="77777777" w:rsidR="009F229B" w:rsidRDefault="009F229B" w:rsidP="009E17CC">
            <w:pPr>
              <w:rPr>
                <w:rFonts w:asciiTheme="majorHAnsi" w:hAnsiTheme="majorHAnsi" w:cstheme="majorHAnsi"/>
                <w:lang w:val="de-DE"/>
              </w:rPr>
            </w:pPr>
          </w:p>
          <w:p w14:paraId="154483AD" w14:textId="77777777" w:rsidR="009F229B" w:rsidRDefault="009F229B" w:rsidP="009E17CC">
            <w:pPr>
              <w:rPr>
                <w:rFonts w:asciiTheme="majorHAnsi" w:hAnsiTheme="majorHAnsi" w:cstheme="majorHAnsi"/>
                <w:lang w:val="de-DE"/>
              </w:rPr>
            </w:pPr>
          </w:p>
          <w:p w14:paraId="007C4F01" w14:textId="77777777" w:rsidR="009F229B" w:rsidRPr="00CA3295" w:rsidRDefault="009F229B" w:rsidP="009E17CC">
            <w:pPr>
              <w:rPr>
                <w:rFonts w:asciiTheme="majorHAnsi" w:hAnsiTheme="majorHAnsi" w:cstheme="majorHAnsi"/>
                <w:lang w:val="de-DE"/>
              </w:rPr>
            </w:pPr>
          </w:p>
        </w:tc>
      </w:tr>
      <w:tr w:rsidR="009F229B" w:rsidRPr="00CA3295" w14:paraId="7CB8E07E" w14:textId="77777777" w:rsidTr="009E17CC">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710BF97D" w14:textId="77777777" w:rsidR="009F229B" w:rsidRDefault="009F229B" w:rsidP="009E17CC">
            <w:pPr>
              <w:rPr>
                <w:rFonts w:asciiTheme="majorHAnsi" w:hAnsiTheme="majorHAnsi" w:cstheme="majorHAnsi"/>
                <w:lang w:val="de-DE"/>
              </w:rPr>
            </w:pPr>
          </w:p>
          <w:p w14:paraId="736F33C2" w14:textId="77777777" w:rsidR="009F229B" w:rsidRDefault="009F229B" w:rsidP="009E17CC">
            <w:pPr>
              <w:rPr>
                <w:rFonts w:asciiTheme="majorHAnsi" w:hAnsiTheme="majorHAnsi" w:cstheme="majorHAnsi"/>
                <w:lang w:val="de-DE"/>
              </w:rPr>
            </w:pPr>
          </w:p>
          <w:p w14:paraId="0C21835B" w14:textId="77777777" w:rsidR="009F229B" w:rsidRPr="00CA3295" w:rsidRDefault="009F229B" w:rsidP="009E17CC">
            <w:pPr>
              <w:rPr>
                <w:rFonts w:asciiTheme="majorHAnsi" w:hAnsiTheme="majorHAnsi" w:cstheme="majorHAnsi"/>
                <w:lang w:val="de-DE"/>
              </w:rPr>
            </w:pPr>
          </w:p>
        </w:tc>
      </w:tr>
      <w:tr w:rsidR="009F229B" w:rsidRPr="00CA3295" w14:paraId="272DF858" w14:textId="77777777" w:rsidTr="009E17CC">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5B8948F1" w14:textId="77777777" w:rsidR="009F229B" w:rsidRDefault="009F229B" w:rsidP="009E17CC">
            <w:pPr>
              <w:rPr>
                <w:rFonts w:asciiTheme="majorHAnsi" w:hAnsiTheme="majorHAnsi" w:cstheme="majorHAnsi"/>
                <w:lang w:val="de-DE"/>
              </w:rPr>
            </w:pPr>
          </w:p>
          <w:p w14:paraId="3CC03977" w14:textId="77777777" w:rsidR="009F229B" w:rsidRDefault="009F229B" w:rsidP="009E17CC">
            <w:pPr>
              <w:rPr>
                <w:rFonts w:asciiTheme="majorHAnsi" w:hAnsiTheme="majorHAnsi" w:cstheme="majorHAnsi"/>
                <w:lang w:val="de-DE"/>
              </w:rPr>
            </w:pPr>
          </w:p>
          <w:p w14:paraId="356963FF" w14:textId="77777777" w:rsidR="009F229B" w:rsidRPr="00CA3295" w:rsidRDefault="009F229B" w:rsidP="009E17CC">
            <w:pPr>
              <w:rPr>
                <w:rFonts w:asciiTheme="majorHAnsi" w:hAnsiTheme="majorHAnsi" w:cstheme="majorHAnsi"/>
                <w:lang w:val="de-DE"/>
              </w:rPr>
            </w:pPr>
          </w:p>
        </w:tc>
      </w:tr>
      <w:tr w:rsidR="009F229B" w:rsidRPr="00CA3295" w14:paraId="03408EC4" w14:textId="77777777" w:rsidTr="009E17CC">
        <w:trPr>
          <w:cantSplit/>
          <w:trHeight w:val="408"/>
          <w:jc w:val="center"/>
        </w:trPr>
        <w:tc>
          <w:tcPr>
            <w:tcW w:w="9915"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299CFF1E" w14:textId="77777777" w:rsidR="009F229B" w:rsidRDefault="009F229B" w:rsidP="009E17CC">
            <w:pPr>
              <w:rPr>
                <w:rFonts w:asciiTheme="majorHAnsi" w:hAnsiTheme="majorHAnsi" w:cstheme="majorHAnsi"/>
                <w:lang w:val="de-DE"/>
              </w:rPr>
            </w:pPr>
          </w:p>
          <w:p w14:paraId="06F3EFC1" w14:textId="77777777" w:rsidR="009F229B" w:rsidRDefault="009F229B" w:rsidP="009E17CC">
            <w:pPr>
              <w:rPr>
                <w:rFonts w:asciiTheme="majorHAnsi" w:hAnsiTheme="majorHAnsi" w:cstheme="majorHAnsi"/>
                <w:lang w:val="de-DE"/>
              </w:rPr>
            </w:pPr>
          </w:p>
          <w:p w14:paraId="57416806" w14:textId="77777777" w:rsidR="009F229B" w:rsidRPr="00CA3295" w:rsidRDefault="009F229B" w:rsidP="009E17CC">
            <w:pPr>
              <w:rPr>
                <w:rFonts w:asciiTheme="majorHAnsi" w:hAnsiTheme="majorHAnsi" w:cstheme="majorHAnsi"/>
                <w:lang w:val="de-DE"/>
              </w:rPr>
            </w:pPr>
          </w:p>
        </w:tc>
      </w:tr>
    </w:tbl>
    <w:p w14:paraId="4BC61DC7" w14:textId="4F905644" w:rsidR="009F229B" w:rsidRDefault="009F229B">
      <w:pPr>
        <w:spacing w:before="140"/>
        <w:rPr>
          <w:rFonts w:asciiTheme="majorHAnsi" w:hAnsiTheme="majorHAnsi" w:cstheme="majorHAnsi"/>
          <w:b/>
          <w:color w:val="1F4E78"/>
          <w:sz w:val="26"/>
          <w:lang w:val="de-DE"/>
        </w:rPr>
      </w:pPr>
    </w:p>
    <w:p w14:paraId="6F4A429F" w14:textId="0EEAB863" w:rsidR="00E04C14" w:rsidRDefault="00E04C14">
      <w:pPr>
        <w:spacing w:before="140"/>
        <w:rPr>
          <w:rFonts w:asciiTheme="majorHAnsi" w:hAnsiTheme="majorHAnsi" w:cstheme="majorHAnsi"/>
          <w:b/>
          <w:color w:val="1F4E78"/>
          <w:sz w:val="26"/>
          <w:lang w:val="de-DE"/>
        </w:rPr>
      </w:pPr>
    </w:p>
    <w:p w14:paraId="5DB073B9" w14:textId="77777777" w:rsidR="00E04C14" w:rsidRDefault="00E04C14">
      <w:pPr>
        <w:spacing w:before="140"/>
        <w:rPr>
          <w:rFonts w:asciiTheme="majorHAnsi" w:hAnsiTheme="majorHAnsi" w:cstheme="majorHAnsi"/>
          <w:b/>
          <w:color w:val="1F4E78"/>
          <w:sz w:val="26"/>
          <w:lang w:val="de-DE"/>
        </w:rPr>
      </w:pPr>
    </w:p>
    <w:p w14:paraId="28249F5E" w14:textId="5BC5BBE5" w:rsidR="00FF6EEB" w:rsidRPr="00CA3295" w:rsidRDefault="008A360B">
      <w:pPr>
        <w:spacing w:before="140"/>
        <w:rPr>
          <w:rFonts w:asciiTheme="majorHAnsi" w:hAnsiTheme="majorHAnsi" w:cstheme="majorHAnsi"/>
          <w:lang w:val="de-DE"/>
        </w:rPr>
      </w:pPr>
      <w:r w:rsidRPr="00CA3295">
        <w:rPr>
          <w:rFonts w:asciiTheme="majorHAnsi" w:hAnsiTheme="majorHAnsi" w:cstheme="majorHAnsi"/>
          <w:b/>
          <w:color w:val="1F4E78"/>
          <w:sz w:val="26"/>
          <w:lang w:val="de-DE"/>
        </w:rPr>
        <w:t>Abschließende Bestätigung</w:t>
      </w:r>
    </w:p>
    <w:tbl>
      <w:tblPr>
        <w:tblW w:w="0" w:type="auto"/>
        <w:jc w:val="center"/>
        <w:tblLayout w:type="fixed"/>
        <w:tblLook w:val="04A0" w:firstRow="1" w:lastRow="0" w:firstColumn="1" w:lastColumn="0" w:noHBand="0" w:noVBand="1"/>
      </w:tblPr>
      <w:tblGrid>
        <w:gridCol w:w="10256"/>
      </w:tblGrid>
      <w:tr w:rsidR="00FF6EEB" w:rsidRPr="00CA3295" w14:paraId="20D33A05" w14:textId="77777777">
        <w:trPr>
          <w:cantSplit/>
          <w:jc w:val="center"/>
        </w:trPr>
        <w:tc>
          <w:tcPr>
            <w:tcW w:w="10256" w:type="dxa"/>
            <w:tcBorders>
              <w:top w:val="single" w:sz="6" w:space="0" w:color="7E9DB9"/>
              <w:left w:val="single" w:sz="6" w:space="0" w:color="7E9DB9"/>
              <w:bottom w:val="single" w:sz="6" w:space="0" w:color="7E9DB9"/>
              <w:right w:val="single" w:sz="6" w:space="0" w:color="7E9DB9"/>
            </w:tcBorders>
            <w:shd w:val="clear" w:color="auto" w:fill="EEF5F9"/>
            <w:tcMar>
              <w:top w:w="80" w:type="dxa"/>
              <w:left w:w="90" w:type="dxa"/>
              <w:bottom w:w="80" w:type="dxa"/>
              <w:right w:w="90" w:type="dxa"/>
            </w:tcMar>
            <w:vAlign w:val="center"/>
          </w:tcPr>
          <w:p w14:paraId="2002A727"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sz w:val="20"/>
                <w:lang w:val="de-DE"/>
              </w:rPr>
              <w:t>Ich bestätige, dass ich die in diesem Portfolio verwendeten Quellen und Hilfsmittel angegeben habe. Mir ist bekannt, dass das Portfolio selbst nicht bewertet wird und ich die Inhalte meiner Präsentation in der Prüfung fachlich vertreten können muss.</w:t>
            </w:r>
          </w:p>
        </w:tc>
      </w:tr>
      <w:tr w:rsidR="00FF6EEB" w:rsidRPr="00CA3295" w14:paraId="6B7DE281" w14:textId="77777777">
        <w:trPr>
          <w:cantSplit/>
          <w:trHeight w:val="708"/>
          <w:jc w:val="center"/>
        </w:trPr>
        <w:tc>
          <w:tcPr>
            <w:tcW w:w="10256" w:type="dxa"/>
            <w:tcBorders>
              <w:top w:val="single" w:sz="6" w:space="0" w:color="7E9DB9"/>
              <w:left w:val="single" w:sz="6" w:space="0" w:color="7E9DB9"/>
              <w:bottom w:val="single" w:sz="6" w:space="0" w:color="7E9DB9"/>
              <w:right w:val="single" w:sz="6" w:space="0" w:color="7E9DB9"/>
            </w:tcBorders>
            <w:tcMar>
              <w:top w:w="80" w:type="dxa"/>
              <w:left w:w="90" w:type="dxa"/>
              <w:bottom w:w="80" w:type="dxa"/>
              <w:right w:w="90" w:type="dxa"/>
            </w:tcMar>
            <w:vAlign w:val="center"/>
          </w:tcPr>
          <w:p w14:paraId="626583CB" w14:textId="77777777" w:rsidR="00FF6EEB" w:rsidRPr="00CA3295" w:rsidRDefault="008A360B">
            <w:pPr>
              <w:spacing w:after="0"/>
              <w:rPr>
                <w:rFonts w:asciiTheme="majorHAnsi" w:hAnsiTheme="majorHAnsi" w:cstheme="majorHAnsi"/>
                <w:lang w:val="de-DE"/>
              </w:rPr>
            </w:pPr>
            <w:r w:rsidRPr="00CA3295">
              <w:rPr>
                <w:rFonts w:asciiTheme="majorHAnsi" w:hAnsiTheme="majorHAnsi" w:cstheme="majorHAnsi"/>
                <w:sz w:val="19"/>
                <w:lang w:val="de-DE"/>
              </w:rPr>
              <w:t>Ort, Datum: ______________________________          Unterschrift Schüler/in: ______________________________</w:t>
            </w:r>
          </w:p>
        </w:tc>
      </w:tr>
    </w:tbl>
    <w:p w14:paraId="57674DF2" w14:textId="02338E50" w:rsidR="003144FB" w:rsidRDefault="003144FB" w:rsidP="009F229B">
      <w:pPr>
        <w:rPr>
          <w:rFonts w:asciiTheme="majorHAnsi" w:hAnsiTheme="majorHAnsi" w:cstheme="majorHAnsi"/>
          <w:lang w:val="de-DE"/>
        </w:rPr>
      </w:pPr>
    </w:p>
    <w:p w14:paraId="473E5358" w14:textId="3D10324F" w:rsidR="00E77E7B" w:rsidRDefault="00E77E7B" w:rsidP="009F229B">
      <w:pPr>
        <w:rPr>
          <w:rFonts w:asciiTheme="majorHAnsi" w:hAnsiTheme="majorHAnsi" w:cstheme="majorHAnsi"/>
          <w:lang w:val="de-DE"/>
        </w:rPr>
      </w:pPr>
    </w:p>
    <w:p w14:paraId="5B24E5D2" w14:textId="77777777" w:rsidR="00E04C14" w:rsidRPr="0071244D" w:rsidRDefault="00E04C14" w:rsidP="00E04C14">
      <w:pPr>
        <w:jc w:val="center"/>
        <w:rPr>
          <w:rFonts w:asciiTheme="majorHAnsi" w:hAnsiTheme="majorHAnsi" w:cstheme="majorHAnsi"/>
          <w:b/>
          <w:color w:val="1F4E78"/>
          <w:sz w:val="40"/>
          <w:szCs w:val="32"/>
          <w:u w:val="single"/>
        </w:rPr>
      </w:pPr>
      <w:proofErr w:type="spellStart"/>
      <w:r w:rsidRPr="0071244D">
        <w:rPr>
          <w:rFonts w:asciiTheme="majorHAnsi" w:hAnsiTheme="majorHAnsi" w:cstheme="majorHAnsi"/>
          <w:b/>
          <w:color w:val="1F4E78"/>
          <w:sz w:val="40"/>
          <w:szCs w:val="32"/>
          <w:u w:val="single"/>
        </w:rPr>
        <w:t>Nützliche</w:t>
      </w:r>
      <w:proofErr w:type="spellEnd"/>
      <w:r w:rsidRPr="0071244D">
        <w:rPr>
          <w:rFonts w:asciiTheme="majorHAnsi" w:hAnsiTheme="majorHAnsi" w:cstheme="majorHAnsi"/>
          <w:b/>
          <w:color w:val="1F4E78"/>
          <w:sz w:val="40"/>
          <w:szCs w:val="32"/>
          <w:u w:val="single"/>
        </w:rPr>
        <w:t xml:space="preserve"> </w:t>
      </w:r>
      <w:proofErr w:type="spellStart"/>
      <w:r w:rsidRPr="0071244D">
        <w:rPr>
          <w:rFonts w:asciiTheme="majorHAnsi" w:hAnsiTheme="majorHAnsi" w:cstheme="majorHAnsi"/>
          <w:b/>
          <w:color w:val="1F4E78"/>
          <w:sz w:val="40"/>
          <w:szCs w:val="32"/>
          <w:u w:val="single"/>
        </w:rPr>
        <w:t>Infos</w:t>
      </w:r>
      <w:proofErr w:type="spellEnd"/>
      <w:r w:rsidRPr="0071244D">
        <w:rPr>
          <w:rFonts w:asciiTheme="majorHAnsi" w:hAnsiTheme="majorHAnsi" w:cstheme="majorHAnsi"/>
          <w:b/>
          <w:color w:val="1F4E78"/>
          <w:sz w:val="40"/>
          <w:szCs w:val="32"/>
          <w:u w:val="single"/>
        </w:rPr>
        <w:t xml:space="preserve"> und </w:t>
      </w:r>
      <w:proofErr w:type="spellStart"/>
      <w:r w:rsidRPr="0071244D">
        <w:rPr>
          <w:rFonts w:asciiTheme="majorHAnsi" w:hAnsiTheme="majorHAnsi" w:cstheme="majorHAnsi"/>
          <w:b/>
          <w:color w:val="1F4E78"/>
          <w:sz w:val="40"/>
          <w:szCs w:val="32"/>
          <w:u w:val="single"/>
        </w:rPr>
        <w:t>Hilfen</w:t>
      </w:r>
      <w:proofErr w:type="spellEnd"/>
    </w:p>
    <w:p w14:paraId="31919B08" w14:textId="77777777" w:rsidR="00E04C14" w:rsidRPr="0071244D" w:rsidRDefault="00E04C14" w:rsidP="00E04C14">
      <w:pPr>
        <w:ind w:left="1416" w:hanging="1416"/>
        <w:rPr>
          <w:rFonts w:asciiTheme="majorHAnsi" w:hAnsiTheme="majorHAnsi" w:cstheme="majorHAnsi"/>
          <w:bCs/>
          <w:color w:val="1F4E78"/>
          <w:sz w:val="24"/>
          <w:szCs w:val="20"/>
        </w:rPr>
      </w:pPr>
      <w:proofErr w:type="spellStart"/>
      <w:r w:rsidRPr="0071244D">
        <w:rPr>
          <w:rFonts w:asciiTheme="majorHAnsi" w:hAnsiTheme="majorHAnsi" w:cstheme="majorHAnsi"/>
          <w:bCs/>
          <w:color w:val="1F4E78"/>
          <w:sz w:val="24"/>
          <w:szCs w:val="20"/>
          <w:u w:val="single"/>
        </w:rPr>
        <w:t>Leitfrage</w:t>
      </w:r>
      <w:proofErr w:type="spellEnd"/>
      <w:r w:rsidRPr="0071244D">
        <w:rPr>
          <w:rFonts w:asciiTheme="majorHAnsi" w:hAnsiTheme="majorHAnsi" w:cstheme="majorHAnsi"/>
          <w:bCs/>
          <w:color w:val="1F4E78"/>
          <w:sz w:val="24"/>
          <w:szCs w:val="20"/>
        </w:rPr>
        <w:t xml:space="preserve">: </w:t>
      </w:r>
      <w:r w:rsidRPr="0071244D">
        <w:rPr>
          <w:rFonts w:asciiTheme="majorHAnsi" w:hAnsiTheme="majorHAnsi" w:cstheme="majorHAnsi"/>
          <w:bCs/>
          <w:color w:val="1F4E78"/>
          <w:sz w:val="24"/>
          <w:szCs w:val="20"/>
        </w:rPr>
        <w:tab/>
      </w:r>
    </w:p>
    <w:p w14:paraId="39F55168" w14:textId="77777777" w:rsidR="00E04C14" w:rsidRPr="0071244D" w:rsidRDefault="00E04C14" w:rsidP="00E04C14">
      <w:pPr>
        <w:spacing w:after="0"/>
        <w:ind w:left="1416" w:hanging="1416"/>
        <w:rPr>
          <w:rFonts w:asciiTheme="majorHAnsi" w:hAnsiTheme="majorHAnsi" w:cstheme="majorHAnsi"/>
          <w:bCs/>
          <w:color w:val="1F4E78"/>
          <w:sz w:val="24"/>
          <w:szCs w:val="20"/>
        </w:rPr>
      </w:pPr>
      <w:r w:rsidRPr="0071244D">
        <w:rPr>
          <w:rFonts w:asciiTheme="majorHAnsi" w:hAnsiTheme="majorHAnsi" w:cstheme="majorHAnsi"/>
          <w:bCs/>
          <w:color w:val="1F4E78"/>
          <w:sz w:val="24"/>
          <w:szCs w:val="20"/>
        </w:rPr>
        <w:t xml:space="preserve">Die </w:t>
      </w:r>
      <w:proofErr w:type="spellStart"/>
      <w:r w:rsidRPr="0071244D">
        <w:rPr>
          <w:rFonts w:asciiTheme="majorHAnsi" w:hAnsiTheme="majorHAnsi" w:cstheme="majorHAnsi"/>
          <w:bCs/>
          <w:color w:val="1F4E78"/>
          <w:sz w:val="24"/>
          <w:szCs w:val="20"/>
        </w:rPr>
        <w:t>Leitfrage</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sollte</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eine</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konkrete</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Frage</w:t>
      </w:r>
      <w:proofErr w:type="spellEnd"/>
      <w:r w:rsidRPr="0071244D">
        <w:rPr>
          <w:rFonts w:asciiTheme="majorHAnsi" w:hAnsiTheme="majorHAnsi" w:cstheme="majorHAnsi"/>
          <w:bCs/>
          <w:color w:val="1F4E78"/>
          <w:sz w:val="24"/>
          <w:szCs w:val="20"/>
        </w:rPr>
        <w:t xml:space="preserve"> sein, die du </w:t>
      </w:r>
      <w:proofErr w:type="spellStart"/>
      <w:r w:rsidRPr="0071244D">
        <w:rPr>
          <w:rFonts w:asciiTheme="majorHAnsi" w:hAnsiTheme="majorHAnsi" w:cstheme="majorHAnsi"/>
          <w:bCs/>
          <w:color w:val="1F4E78"/>
          <w:sz w:val="24"/>
          <w:szCs w:val="20"/>
        </w:rPr>
        <w:t>mit</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deiner</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Präsentation</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beantworten</w:t>
      </w:r>
      <w:proofErr w:type="spellEnd"/>
      <w:r w:rsidRPr="0071244D">
        <w:rPr>
          <w:rFonts w:asciiTheme="majorHAnsi" w:hAnsiTheme="majorHAnsi" w:cstheme="majorHAnsi"/>
          <w:bCs/>
          <w:color w:val="1F4E78"/>
          <w:sz w:val="24"/>
          <w:szCs w:val="20"/>
        </w:rPr>
        <w:t xml:space="preserve"> </w:t>
      </w:r>
    </w:p>
    <w:p w14:paraId="1340D1E9" w14:textId="77777777" w:rsidR="00E04C14" w:rsidRPr="0071244D" w:rsidRDefault="00E04C14" w:rsidP="00E04C14">
      <w:pPr>
        <w:spacing w:after="0"/>
        <w:rPr>
          <w:rFonts w:asciiTheme="majorHAnsi" w:hAnsiTheme="majorHAnsi" w:cstheme="majorHAnsi"/>
          <w:bCs/>
          <w:color w:val="1F4E78"/>
          <w:sz w:val="24"/>
          <w:szCs w:val="20"/>
        </w:rPr>
      </w:pPr>
      <w:proofErr w:type="spellStart"/>
      <w:r w:rsidRPr="0071244D">
        <w:rPr>
          <w:rFonts w:asciiTheme="majorHAnsi" w:hAnsiTheme="majorHAnsi" w:cstheme="majorHAnsi"/>
          <w:bCs/>
          <w:color w:val="1F4E78"/>
          <w:sz w:val="24"/>
          <w:szCs w:val="20"/>
        </w:rPr>
        <w:t>möchtest</w:t>
      </w:r>
      <w:proofErr w:type="spellEnd"/>
      <w:r w:rsidRPr="0071244D">
        <w:rPr>
          <w:rFonts w:asciiTheme="majorHAnsi" w:hAnsiTheme="majorHAnsi" w:cstheme="majorHAnsi"/>
          <w:bCs/>
          <w:color w:val="1F4E78"/>
          <w:sz w:val="24"/>
          <w:szCs w:val="20"/>
        </w:rPr>
        <w:t xml:space="preserve">. Daher </w:t>
      </w:r>
      <w:proofErr w:type="spellStart"/>
      <w:r w:rsidRPr="0071244D">
        <w:rPr>
          <w:rFonts w:asciiTheme="majorHAnsi" w:hAnsiTheme="majorHAnsi" w:cstheme="majorHAnsi"/>
          <w:bCs/>
          <w:color w:val="1F4E78"/>
          <w:sz w:val="24"/>
          <w:szCs w:val="20"/>
        </w:rPr>
        <w:t>solltest</w:t>
      </w:r>
      <w:proofErr w:type="spellEnd"/>
      <w:r w:rsidRPr="0071244D">
        <w:rPr>
          <w:rFonts w:asciiTheme="majorHAnsi" w:hAnsiTheme="majorHAnsi" w:cstheme="majorHAnsi"/>
          <w:bCs/>
          <w:color w:val="1F4E78"/>
          <w:sz w:val="24"/>
          <w:szCs w:val="20"/>
        </w:rPr>
        <w:t xml:space="preserve"> du </w:t>
      </w:r>
      <w:proofErr w:type="spellStart"/>
      <w:r w:rsidRPr="0071244D">
        <w:rPr>
          <w:rFonts w:asciiTheme="majorHAnsi" w:hAnsiTheme="majorHAnsi" w:cstheme="majorHAnsi"/>
          <w:bCs/>
          <w:color w:val="1F4E78"/>
          <w:sz w:val="24"/>
          <w:szCs w:val="20"/>
        </w:rPr>
        <w:t>auch</w:t>
      </w:r>
      <w:proofErr w:type="spellEnd"/>
      <w:r w:rsidRPr="0071244D">
        <w:rPr>
          <w:rFonts w:asciiTheme="majorHAnsi" w:hAnsiTheme="majorHAnsi" w:cstheme="majorHAnsi"/>
          <w:bCs/>
          <w:color w:val="1F4E78"/>
          <w:sz w:val="24"/>
          <w:szCs w:val="20"/>
        </w:rPr>
        <w:t xml:space="preserve"> in </w:t>
      </w:r>
      <w:proofErr w:type="spellStart"/>
      <w:r w:rsidRPr="0071244D">
        <w:rPr>
          <w:rFonts w:asciiTheme="majorHAnsi" w:hAnsiTheme="majorHAnsi" w:cstheme="majorHAnsi"/>
          <w:bCs/>
          <w:color w:val="1F4E78"/>
          <w:sz w:val="24"/>
          <w:szCs w:val="20"/>
        </w:rPr>
        <w:t>deiner</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Präsentation</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eine</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konkrete</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Antwort</w:t>
      </w:r>
      <w:proofErr w:type="spellEnd"/>
      <w:r w:rsidRPr="0071244D">
        <w:rPr>
          <w:rFonts w:asciiTheme="majorHAnsi" w:hAnsiTheme="majorHAnsi" w:cstheme="majorHAnsi"/>
          <w:bCs/>
          <w:color w:val="1F4E78"/>
          <w:sz w:val="24"/>
          <w:szCs w:val="20"/>
        </w:rPr>
        <w:t xml:space="preserve"> auf </w:t>
      </w:r>
      <w:proofErr w:type="spellStart"/>
      <w:r w:rsidRPr="0071244D">
        <w:rPr>
          <w:rFonts w:asciiTheme="majorHAnsi" w:hAnsiTheme="majorHAnsi" w:cstheme="majorHAnsi"/>
          <w:bCs/>
          <w:color w:val="1F4E78"/>
          <w:sz w:val="24"/>
          <w:szCs w:val="20"/>
        </w:rPr>
        <w:t>deine</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Fragestellung</w:t>
      </w:r>
      <w:proofErr w:type="spellEnd"/>
      <w:r w:rsidRPr="0071244D">
        <w:rPr>
          <w:rFonts w:asciiTheme="majorHAnsi" w:hAnsiTheme="majorHAnsi" w:cstheme="majorHAnsi"/>
          <w:bCs/>
          <w:color w:val="1F4E78"/>
          <w:sz w:val="24"/>
          <w:szCs w:val="20"/>
        </w:rPr>
        <w:t xml:space="preserve"> </w:t>
      </w:r>
      <w:proofErr w:type="spellStart"/>
      <w:r w:rsidRPr="0071244D">
        <w:rPr>
          <w:rFonts w:asciiTheme="majorHAnsi" w:hAnsiTheme="majorHAnsi" w:cstheme="majorHAnsi"/>
          <w:bCs/>
          <w:color w:val="1F4E78"/>
          <w:sz w:val="24"/>
          <w:szCs w:val="20"/>
        </w:rPr>
        <w:t>geben</w:t>
      </w:r>
      <w:proofErr w:type="spellEnd"/>
      <w:r w:rsidRPr="0071244D">
        <w:rPr>
          <w:rFonts w:asciiTheme="majorHAnsi" w:hAnsiTheme="majorHAnsi" w:cstheme="majorHAnsi"/>
          <w:bCs/>
          <w:color w:val="1F4E78"/>
          <w:sz w:val="24"/>
          <w:szCs w:val="20"/>
        </w:rPr>
        <w:t>.</w:t>
      </w:r>
    </w:p>
    <w:p w14:paraId="38C183EE" w14:textId="53EADBE9" w:rsidR="00E04C14" w:rsidRDefault="00E04C14" w:rsidP="00E04C14">
      <w:pPr>
        <w:ind w:left="1416" w:hanging="1416"/>
        <w:rPr>
          <w:rFonts w:asciiTheme="majorHAnsi" w:hAnsiTheme="majorHAnsi" w:cstheme="majorHAnsi"/>
          <w:b/>
          <w:color w:val="1F4E78"/>
          <w:sz w:val="24"/>
          <w:szCs w:val="20"/>
        </w:rPr>
      </w:pPr>
    </w:p>
    <w:p w14:paraId="74036B28" w14:textId="4232E4DA" w:rsidR="00E04C14" w:rsidRDefault="00E04C14" w:rsidP="00E04C14">
      <w:pPr>
        <w:ind w:left="1416" w:hanging="1416"/>
        <w:rPr>
          <w:rFonts w:asciiTheme="majorHAnsi" w:hAnsiTheme="majorHAnsi" w:cstheme="majorHAnsi"/>
          <w:b/>
          <w:color w:val="1F4E78"/>
          <w:sz w:val="24"/>
          <w:szCs w:val="20"/>
        </w:rPr>
      </w:pPr>
    </w:p>
    <w:p w14:paraId="35825AD5" w14:textId="77777777" w:rsidR="00E04C14" w:rsidRPr="0071244D" w:rsidRDefault="00E04C14" w:rsidP="00E04C14">
      <w:pPr>
        <w:ind w:left="1416" w:hanging="1416"/>
        <w:rPr>
          <w:rFonts w:asciiTheme="majorHAnsi" w:hAnsiTheme="majorHAnsi" w:cstheme="majorHAnsi"/>
          <w:b/>
          <w:color w:val="1F4E78"/>
          <w:sz w:val="24"/>
          <w:szCs w:val="20"/>
        </w:rPr>
      </w:pPr>
    </w:p>
    <w:p w14:paraId="72EF0259" w14:textId="77777777" w:rsidR="00E04C14" w:rsidRPr="0071244D" w:rsidRDefault="00E04C14" w:rsidP="00E04C14">
      <w:pPr>
        <w:ind w:left="1416" w:hanging="1416"/>
        <w:jc w:val="center"/>
        <w:rPr>
          <w:rFonts w:asciiTheme="majorHAnsi" w:hAnsiTheme="majorHAnsi" w:cstheme="majorHAnsi"/>
          <w:b/>
          <w:color w:val="1F4E78"/>
          <w:sz w:val="32"/>
          <w:szCs w:val="24"/>
          <w:u w:val="single"/>
        </w:rPr>
      </w:pPr>
      <w:proofErr w:type="spellStart"/>
      <w:r w:rsidRPr="0071244D">
        <w:rPr>
          <w:rFonts w:asciiTheme="majorHAnsi" w:hAnsiTheme="majorHAnsi" w:cstheme="majorHAnsi"/>
          <w:b/>
          <w:color w:val="1F4E78"/>
          <w:sz w:val="32"/>
          <w:szCs w:val="24"/>
          <w:u w:val="single"/>
        </w:rPr>
        <w:t>Formulierungshilfen</w:t>
      </w:r>
      <w:proofErr w:type="spellEnd"/>
      <w:r w:rsidRPr="0071244D">
        <w:rPr>
          <w:rFonts w:asciiTheme="majorHAnsi" w:hAnsiTheme="majorHAnsi" w:cstheme="majorHAnsi"/>
          <w:b/>
          <w:color w:val="1F4E78"/>
          <w:sz w:val="32"/>
          <w:szCs w:val="24"/>
          <w:u w:val="single"/>
        </w:rPr>
        <w:t xml:space="preserve"> </w:t>
      </w:r>
      <w:proofErr w:type="spellStart"/>
      <w:r w:rsidRPr="0071244D">
        <w:rPr>
          <w:rFonts w:asciiTheme="majorHAnsi" w:hAnsiTheme="majorHAnsi" w:cstheme="majorHAnsi"/>
          <w:b/>
          <w:color w:val="1F4E78"/>
          <w:sz w:val="32"/>
          <w:szCs w:val="24"/>
          <w:u w:val="single"/>
        </w:rPr>
        <w:t>entsprechend</w:t>
      </w:r>
      <w:proofErr w:type="spellEnd"/>
      <w:r w:rsidRPr="0071244D">
        <w:rPr>
          <w:rFonts w:asciiTheme="majorHAnsi" w:hAnsiTheme="majorHAnsi" w:cstheme="majorHAnsi"/>
          <w:b/>
          <w:color w:val="1F4E78"/>
          <w:sz w:val="32"/>
          <w:szCs w:val="24"/>
          <w:u w:val="single"/>
        </w:rPr>
        <w:t xml:space="preserve"> den </w:t>
      </w:r>
      <w:proofErr w:type="spellStart"/>
      <w:r w:rsidRPr="0071244D">
        <w:rPr>
          <w:rFonts w:asciiTheme="majorHAnsi" w:hAnsiTheme="majorHAnsi" w:cstheme="majorHAnsi"/>
          <w:b/>
          <w:color w:val="1F4E78"/>
          <w:sz w:val="32"/>
          <w:szCs w:val="24"/>
          <w:u w:val="single"/>
        </w:rPr>
        <w:t>Punkten</w:t>
      </w:r>
      <w:proofErr w:type="spellEnd"/>
      <w:r w:rsidRPr="0071244D">
        <w:rPr>
          <w:rFonts w:asciiTheme="majorHAnsi" w:hAnsiTheme="majorHAnsi" w:cstheme="majorHAnsi"/>
          <w:b/>
          <w:color w:val="1F4E78"/>
          <w:sz w:val="32"/>
          <w:szCs w:val="24"/>
          <w:u w:val="single"/>
        </w:rPr>
        <w:t xml:space="preserve"> </w:t>
      </w:r>
      <w:proofErr w:type="spellStart"/>
      <w:r w:rsidRPr="0071244D">
        <w:rPr>
          <w:rFonts w:asciiTheme="majorHAnsi" w:hAnsiTheme="majorHAnsi" w:cstheme="majorHAnsi"/>
          <w:b/>
          <w:color w:val="1F4E78"/>
          <w:sz w:val="32"/>
          <w:szCs w:val="24"/>
          <w:u w:val="single"/>
        </w:rPr>
        <w:t>im</w:t>
      </w:r>
      <w:proofErr w:type="spellEnd"/>
      <w:r w:rsidRPr="0071244D">
        <w:rPr>
          <w:rFonts w:asciiTheme="majorHAnsi" w:hAnsiTheme="majorHAnsi" w:cstheme="majorHAnsi"/>
          <w:b/>
          <w:color w:val="1F4E78"/>
          <w:sz w:val="32"/>
          <w:szCs w:val="24"/>
          <w:u w:val="single"/>
        </w:rPr>
        <w:t xml:space="preserve"> </w:t>
      </w:r>
      <w:proofErr w:type="spellStart"/>
      <w:r w:rsidRPr="0071244D">
        <w:rPr>
          <w:rFonts w:asciiTheme="majorHAnsi" w:hAnsiTheme="majorHAnsi" w:cstheme="majorHAnsi"/>
          <w:b/>
          <w:color w:val="1F4E78"/>
          <w:sz w:val="32"/>
          <w:szCs w:val="24"/>
          <w:u w:val="single"/>
        </w:rPr>
        <w:t>Inhaltsverzeichnis</w:t>
      </w:r>
      <w:proofErr w:type="spellEnd"/>
      <w:r>
        <w:rPr>
          <w:rFonts w:asciiTheme="majorHAnsi" w:hAnsiTheme="majorHAnsi" w:cstheme="majorHAnsi"/>
          <w:b/>
          <w:color w:val="1F4E78"/>
          <w:sz w:val="32"/>
          <w:szCs w:val="24"/>
          <w:u w:val="single"/>
        </w:rPr>
        <w:t xml:space="preserve"> des Portfolios</w:t>
      </w:r>
      <w:r w:rsidRPr="0071244D">
        <w:rPr>
          <w:rFonts w:asciiTheme="majorHAnsi" w:hAnsiTheme="majorHAnsi" w:cstheme="majorHAnsi"/>
          <w:b/>
          <w:color w:val="1F4E78"/>
          <w:sz w:val="32"/>
          <w:szCs w:val="24"/>
          <w:u w:val="single"/>
        </w:rPr>
        <w:t>:</w:t>
      </w:r>
    </w:p>
    <w:p w14:paraId="5639F5B6" w14:textId="77777777" w:rsidR="00E04C14" w:rsidRPr="0071244D" w:rsidRDefault="00E04C14" w:rsidP="00E04C14">
      <w:pPr>
        <w:ind w:left="1416" w:hanging="1416"/>
        <w:rPr>
          <w:rFonts w:asciiTheme="majorHAnsi" w:hAnsiTheme="majorHAnsi" w:cstheme="majorHAnsi"/>
          <w:b/>
          <w:color w:val="1F4E78"/>
          <w:sz w:val="32"/>
          <w:szCs w:val="24"/>
        </w:rPr>
      </w:pPr>
    </w:p>
    <w:p w14:paraId="089417D2" w14:textId="77777777" w:rsidR="00E04C14" w:rsidRPr="0071244D" w:rsidRDefault="00E04C14" w:rsidP="00E04C14">
      <w:pPr>
        <w:pStyle w:val="Listenabsatz"/>
        <w:numPr>
          <w:ilvl w:val="0"/>
          <w:numId w:val="11"/>
        </w:numPr>
        <w:spacing w:after="160" w:line="259" w:lineRule="auto"/>
        <w:rPr>
          <w:rFonts w:asciiTheme="majorHAnsi" w:hAnsiTheme="majorHAnsi" w:cstheme="majorHAnsi"/>
          <w:b/>
          <w:color w:val="1F4E78"/>
          <w:sz w:val="28"/>
          <w:u w:val="single"/>
        </w:rPr>
      </w:pPr>
      <w:proofErr w:type="spellStart"/>
      <w:r w:rsidRPr="0071244D">
        <w:rPr>
          <w:rFonts w:asciiTheme="majorHAnsi" w:hAnsiTheme="majorHAnsi" w:cstheme="majorHAnsi"/>
          <w:b/>
          <w:color w:val="1F4E78"/>
          <w:sz w:val="28"/>
          <w:u w:val="single"/>
        </w:rPr>
        <w:t>Kurzbeschreibung</w:t>
      </w:r>
      <w:proofErr w:type="spellEnd"/>
      <w:r w:rsidRPr="0071244D">
        <w:rPr>
          <w:rFonts w:asciiTheme="majorHAnsi" w:hAnsiTheme="majorHAnsi" w:cstheme="majorHAnsi"/>
          <w:b/>
          <w:color w:val="1F4E78"/>
          <w:sz w:val="28"/>
          <w:u w:val="single"/>
        </w:rPr>
        <w:t xml:space="preserve"> der </w:t>
      </w:r>
      <w:proofErr w:type="spellStart"/>
      <w:r w:rsidRPr="0071244D">
        <w:rPr>
          <w:rFonts w:asciiTheme="majorHAnsi" w:hAnsiTheme="majorHAnsi" w:cstheme="majorHAnsi"/>
          <w:b/>
          <w:color w:val="1F4E78"/>
          <w:sz w:val="28"/>
          <w:u w:val="single"/>
        </w:rPr>
        <w:t>Fragestellung</w:t>
      </w:r>
      <w:proofErr w:type="spellEnd"/>
    </w:p>
    <w:p w14:paraId="34627874" w14:textId="77777777" w:rsidR="00E04C14" w:rsidRPr="0071244D" w:rsidRDefault="00E04C14" w:rsidP="00E04C14">
      <w:pPr>
        <w:pStyle w:val="Listenabsatz"/>
        <w:ind w:left="1068"/>
        <w:rPr>
          <w:rFonts w:asciiTheme="majorHAnsi" w:hAnsiTheme="majorHAnsi" w:cstheme="majorHAnsi"/>
          <w:b/>
          <w:color w:val="1F4E78"/>
          <w:sz w:val="24"/>
          <w:szCs w:val="20"/>
        </w:rPr>
      </w:pPr>
    </w:p>
    <w:p w14:paraId="40B3D794" w14:textId="77777777" w:rsidR="00E04C14" w:rsidRPr="0071244D" w:rsidRDefault="00E04C14" w:rsidP="00E04C14">
      <w:pPr>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In </w:t>
      </w:r>
      <w:proofErr w:type="spellStart"/>
      <w:r w:rsidRPr="0071244D">
        <w:rPr>
          <w:rFonts w:asciiTheme="majorHAnsi" w:hAnsiTheme="majorHAnsi" w:cstheme="majorHAnsi"/>
          <w:b/>
          <w:color w:val="1F4E78"/>
          <w:sz w:val="24"/>
          <w:szCs w:val="20"/>
        </w:rPr>
        <w:t>meiner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Präsentation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beschäftige</w:t>
      </w:r>
      <w:proofErr w:type="spellEnd"/>
      <w:r w:rsidRPr="0071244D">
        <w:rPr>
          <w:rFonts w:asciiTheme="majorHAnsi" w:hAnsiTheme="majorHAnsi" w:cstheme="majorHAnsi"/>
          <w:b/>
          <w:color w:val="1F4E78"/>
          <w:sz w:val="24"/>
          <w:szCs w:val="20"/>
        </w:rPr>
        <w:t xml:space="preserve"> ich </w:t>
      </w:r>
      <w:proofErr w:type="spellStart"/>
      <w:r w:rsidRPr="0071244D">
        <w:rPr>
          <w:rFonts w:asciiTheme="majorHAnsi" w:hAnsiTheme="majorHAnsi" w:cstheme="majorHAnsi"/>
          <w:b/>
          <w:color w:val="1F4E78"/>
          <w:sz w:val="24"/>
          <w:szCs w:val="20"/>
        </w:rPr>
        <w:t>mich</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mit</w:t>
      </w:r>
      <w:proofErr w:type="spellEnd"/>
      <w:r w:rsidRPr="0071244D">
        <w:rPr>
          <w:rFonts w:asciiTheme="majorHAnsi" w:hAnsiTheme="majorHAnsi" w:cstheme="majorHAnsi"/>
          <w:b/>
          <w:color w:val="1F4E78"/>
          <w:sz w:val="24"/>
          <w:szCs w:val="20"/>
        </w:rPr>
        <w:t xml:space="preserve"> dem Thema…</w:t>
      </w:r>
    </w:p>
    <w:p w14:paraId="4E620FA6" w14:textId="77777777" w:rsidR="00E04C14" w:rsidRPr="0071244D" w:rsidRDefault="00E04C14" w:rsidP="00E04C14">
      <w:pPr>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Dabei</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möchte</w:t>
      </w:r>
      <w:proofErr w:type="spellEnd"/>
      <w:r w:rsidRPr="0071244D">
        <w:rPr>
          <w:rFonts w:asciiTheme="majorHAnsi" w:hAnsiTheme="majorHAnsi" w:cstheme="majorHAnsi"/>
          <w:b/>
          <w:color w:val="1F4E78"/>
          <w:sz w:val="24"/>
          <w:szCs w:val="20"/>
        </w:rPr>
        <w:t xml:space="preserve"> ich </w:t>
      </w:r>
      <w:proofErr w:type="spellStart"/>
      <w:r w:rsidRPr="0071244D">
        <w:rPr>
          <w:rFonts w:asciiTheme="majorHAnsi" w:hAnsiTheme="majorHAnsi" w:cstheme="majorHAnsi"/>
          <w:b/>
          <w:color w:val="1F4E78"/>
          <w:sz w:val="24"/>
          <w:szCs w:val="20"/>
        </w:rPr>
        <w:t>besonders</w:t>
      </w:r>
      <w:proofErr w:type="spellEnd"/>
      <w:r w:rsidRPr="0071244D">
        <w:rPr>
          <w:rFonts w:asciiTheme="majorHAnsi" w:hAnsiTheme="majorHAnsi" w:cstheme="majorHAnsi"/>
          <w:b/>
          <w:color w:val="1F4E78"/>
          <w:sz w:val="24"/>
          <w:szCs w:val="20"/>
        </w:rPr>
        <w:t xml:space="preserve"> der </w:t>
      </w:r>
      <w:proofErr w:type="spellStart"/>
      <w:r w:rsidRPr="0071244D">
        <w:rPr>
          <w:rFonts w:asciiTheme="majorHAnsi" w:hAnsiTheme="majorHAnsi" w:cstheme="majorHAnsi"/>
          <w:b/>
          <w:color w:val="1F4E78"/>
          <w:sz w:val="24"/>
          <w:szCs w:val="20"/>
        </w:rPr>
        <w:t>Frage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nachgehen</w:t>
      </w:r>
      <w:proofErr w:type="spellEnd"/>
      <w:r w:rsidRPr="0071244D">
        <w:rPr>
          <w:rFonts w:asciiTheme="majorHAnsi" w:hAnsiTheme="majorHAnsi" w:cstheme="majorHAnsi"/>
          <w:b/>
          <w:color w:val="1F4E78"/>
          <w:sz w:val="24"/>
          <w:szCs w:val="20"/>
        </w:rPr>
        <w:t>…</w:t>
      </w:r>
    </w:p>
    <w:p w14:paraId="22FF26B4" w14:textId="77777777" w:rsidR="00E04C14" w:rsidRPr="0071244D" w:rsidRDefault="00E04C14" w:rsidP="00E04C14">
      <w:pPr>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Die </w:t>
      </w:r>
      <w:proofErr w:type="spellStart"/>
      <w:r w:rsidRPr="0071244D">
        <w:rPr>
          <w:rFonts w:asciiTheme="majorHAnsi" w:hAnsiTheme="majorHAnsi" w:cstheme="majorHAnsi"/>
          <w:b/>
          <w:color w:val="1F4E78"/>
          <w:sz w:val="24"/>
          <w:szCs w:val="20"/>
        </w:rPr>
        <w:t>Fragestellung</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ist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für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mich</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interessant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weil</w:t>
      </w:r>
      <w:proofErr w:type="spellEnd"/>
      <w:r w:rsidRPr="0071244D">
        <w:rPr>
          <w:rFonts w:asciiTheme="majorHAnsi" w:hAnsiTheme="majorHAnsi" w:cstheme="majorHAnsi"/>
          <w:b/>
          <w:color w:val="1F4E78"/>
          <w:sz w:val="24"/>
          <w:szCs w:val="20"/>
        </w:rPr>
        <w:t>…</w:t>
      </w:r>
    </w:p>
    <w:p w14:paraId="317C813D" w14:textId="77777777" w:rsidR="00E04C14" w:rsidRPr="0071244D" w:rsidRDefault="00E04C14" w:rsidP="00E04C14">
      <w:pPr>
        <w:rPr>
          <w:rFonts w:asciiTheme="majorHAnsi" w:hAnsiTheme="majorHAnsi" w:cstheme="majorHAnsi"/>
          <w:b/>
          <w:color w:val="1F4E78"/>
          <w:sz w:val="24"/>
          <w:szCs w:val="20"/>
        </w:rPr>
      </w:pPr>
    </w:p>
    <w:p w14:paraId="1076BD55" w14:textId="77777777" w:rsidR="00E04C14" w:rsidRPr="0071244D" w:rsidRDefault="00E04C14" w:rsidP="00E04C14">
      <w:pPr>
        <w:pStyle w:val="Listenabsatz"/>
        <w:numPr>
          <w:ilvl w:val="0"/>
          <w:numId w:val="11"/>
        </w:numPr>
        <w:spacing w:after="160" w:line="259" w:lineRule="auto"/>
        <w:rPr>
          <w:rFonts w:asciiTheme="majorHAnsi" w:hAnsiTheme="majorHAnsi" w:cstheme="majorHAnsi"/>
          <w:b/>
          <w:color w:val="1F4E78"/>
          <w:sz w:val="28"/>
          <w:u w:val="single"/>
        </w:rPr>
      </w:pPr>
      <w:proofErr w:type="spellStart"/>
      <w:r w:rsidRPr="0071244D">
        <w:rPr>
          <w:rFonts w:asciiTheme="majorHAnsi" w:hAnsiTheme="majorHAnsi" w:cstheme="majorHAnsi"/>
          <w:b/>
          <w:color w:val="1F4E78"/>
          <w:sz w:val="28"/>
          <w:u w:val="single"/>
        </w:rPr>
        <w:t>Gliederung</w:t>
      </w:r>
      <w:proofErr w:type="spellEnd"/>
      <w:r w:rsidRPr="0071244D">
        <w:rPr>
          <w:rFonts w:asciiTheme="majorHAnsi" w:hAnsiTheme="majorHAnsi" w:cstheme="majorHAnsi"/>
          <w:b/>
          <w:color w:val="1F4E78"/>
          <w:sz w:val="28"/>
          <w:u w:val="single"/>
        </w:rPr>
        <w:t xml:space="preserve"> der </w:t>
      </w:r>
      <w:proofErr w:type="spellStart"/>
      <w:r w:rsidRPr="0071244D">
        <w:rPr>
          <w:rFonts w:asciiTheme="majorHAnsi" w:hAnsiTheme="majorHAnsi" w:cstheme="majorHAnsi"/>
          <w:b/>
          <w:color w:val="1F4E78"/>
          <w:sz w:val="28"/>
          <w:u w:val="single"/>
        </w:rPr>
        <w:t>geplanten</w:t>
      </w:r>
      <w:proofErr w:type="spellEnd"/>
      <w:r w:rsidRPr="0071244D">
        <w:rPr>
          <w:rFonts w:asciiTheme="majorHAnsi" w:hAnsiTheme="majorHAnsi" w:cstheme="majorHAnsi"/>
          <w:b/>
          <w:color w:val="1F4E78"/>
          <w:sz w:val="28"/>
          <w:u w:val="single"/>
        </w:rPr>
        <w:t xml:space="preserve"> </w:t>
      </w:r>
      <w:proofErr w:type="spellStart"/>
      <w:r w:rsidRPr="0071244D">
        <w:rPr>
          <w:rFonts w:asciiTheme="majorHAnsi" w:hAnsiTheme="majorHAnsi" w:cstheme="majorHAnsi"/>
          <w:b/>
          <w:color w:val="1F4E78"/>
          <w:sz w:val="28"/>
          <w:u w:val="single"/>
        </w:rPr>
        <w:t>Präsentation</w:t>
      </w:r>
      <w:proofErr w:type="spellEnd"/>
    </w:p>
    <w:p w14:paraId="364A13E3" w14:textId="77777777" w:rsidR="00E04C14" w:rsidRPr="0071244D" w:rsidRDefault="00E04C14" w:rsidP="00E04C14">
      <w:pPr>
        <w:pStyle w:val="Listenabsatz"/>
        <w:ind w:left="1068"/>
        <w:rPr>
          <w:rFonts w:asciiTheme="majorHAnsi" w:hAnsiTheme="majorHAnsi" w:cstheme="majorHAnsi"/>
          <w:b/>
          <w:color w:val="1F4E78"/>
          <w:sz w:val="24"/>
          <w:szCs w:val="20"/>
        </w:rPr>
      </w:pPr>
    </w:p>
    <w:p w14:paraId="52E9B32C" w14:textId="77777777" w:rsidR="00E04C14" w:rsidRDefault="00E04C14" w:rsidP="00E04C14">
      <w:pPr>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Hier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fügst</w:t>
      </w:r>
      <w:proofErr w:type="spellEnd"/>
      <w:r w:rsidRPr="0071244D">
        <w:rPr>
          <w:rFonts w:asciiTheme="majorHAnsi" w:hAnsiTheme="majorHAnsi" w:cstheme="majorHAnsi"/>
          <w:b/>
          <w:color w:val="1F4E78"/>
          <w:sz w:val="24"/>
          <w:szCs w:val="20"/>
        </w:rPr>
        <w:t xml:space="preserve"> du die </w:t>
      </w:r>
      <w:proofErr w:type="spellStart"/>
      <w:r w:rsidRPr="0071244D">
        <w:rPr>
          <w:rFonts w:asciiTheme="majorHAnsi" w:hAnsiTheme="majorHAnsi" w:cstheme="majorHAnsi"/>
          <w:b/>
          <w:color w:val="1F4E78"/>
          <w:sz w:val="24"/>
          <w:szCs w:val="20"/>
        </w:rPr>
        <w:t>Gliederung</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deiner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Präsentation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ein</w:t>
      </w:r>
      <w:proofErr w:type="spellEnd"/>
      <w:r w:rsidRPr="0071244D">
        <w:rPr>
          <w:rFonts w:asciiTheme="majorHAnsi" w:hAnsiTheme="majorHAnsi" w:cstheme="majorHAnsi"/>
          <w:b/>
          <w:color w:val="1F4E78"/>
          <w:sz w:val="24"/>
          <w:szCs w:val="20"/>
        </w:rPr>
        <w:t xml:space="preserve">, die du </w:t>
      </w:r>
      <w:proofErr w:type="spellStart"/>
      <w:r w:rsidRPr="0071244D">
        <w:rPr>
          <w:rFonts w:asciiTheme="majorHAnsi" w:hAnsiTheme="majorHAnsi" w:cstheme="majorHAnsi"/>
          <w:b/>
          <w:color w:val="1F4E78"/>
          <w:sz w:val="24"/>
          <w:szCs w:val="20"/>
        </w:rPr>
        <w:t>mit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deinem</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Prüfer</w:t>
      </w:r>
      <w:proofErr w:type="spellEnd"/>
      <w:r w:rsidRPr="0071244D">
        <w:rPr>
          <w:rFonts w:asciiTheme="majorHAnsi" w:hAnsiTheme="majorHAnsi" w:cstheme="majorHAnsi"/>
          <w:b/>
          <w:color w:val="1F4E78"/>
          <w:sz w:val="24"/>
          <w:szCs w:val="20"/>
        </w:rPr>
        <w:t>/</w:t>
      </w:r>
      <w:proofErr w:type="spellStart"/>
      <w:r w:rsidRPr="0071244D">
        <w:rPr>
          <w:rFonts w:asciiTheme="majorHAnsi" w:hAnsiTheme="majorHAnsi" w:cstheme="majorHAnsi"/>
          <w:b/>
          <w:color w:val="1F4E78"/>
          <w:sz w:val="24"/>
          <w:szCs w:val="20"/>
        </w:rPr>
        <w:t>deiner</w:t>
      </w:r>
      <w:proofErr w:type="spellEnd"/>
    </w:p>
    <w:p w14:paraId="6A8B724D" w14:textId="77777777" w:rsidR="00E04C14" w:rsidRPr="0071244D" w:rsidRDefault="00E04C14" w:rsidP="00E04C14">
      <w:pPr>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Prüferin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besprochen</w:t>
      </w:r>
      <w:proofErr w:type="spellEnd"/>
      <w:r w:rsidRPr="0071244D">
        <w:rPr>
          <w:rFonts w:asciiTheme="majorHAnsi" w:hAnsiTheme="majorHAnsi" w:cstheme="majorHAnsi"/>
          <w:b/>
          <w:color w:val="1F4E78"/>
          <w:sz w:val="24"/>
          <w:szCs w:val="20"/>
        </w:rPr>
        <w:t xml:space="preserve"> hast.</w:t>
      </w:r>
    </w:p>
    <w:p w14:paraId="02ACF394" w14:textId="77777777" w:rsidR="00E04C14" w:rsidRPr="0071244D" w:rsidRDefault="00E04C14" w:rsidP="00E04C14">
      <w:pPr>
        <w:pStyle w:val="Listenabsatz"/>
        <w:ind w:left="1068"/>
        <w:rPr>
          <w:rFonts w:asciiTheme="majorHAnsi" w:hAnsiTheme="majorHAnsi" w:cstheme="majorHAnsi"/>
          <w:b/>
          <w:color w:val="1F4E78"/>
          <w:sz w:val="24"/>
          <w:szCs w:val="20"/>
        </w:rPr>
      </w:pPr>
    </w:p>
    <w:p w14:paraId="4009350E" w14:textId="77777777" w:rsidR="00E04C14" w:rsidRPr="0071244D" w:rsidRDefault="00E04C14" w:rsidP="00E04C14">
      <w:pPr>
        <w:rPr>
          <w:rFonts w:asciiTheme="majorHAnsi" w:hAnsiTheme="majorHAnsi" w:cstheme="majorHAnsi"/>
          <w:b/>
          <w:color w:val="1F4E78"/>
          <w:sz w:val="24"/>
          <w:szCs w:val="20"/>
        </w:rPr>
      </w:pPr>
    </w:p>
    <w:p w14:paraId="3C452E15" w14:textId="77777777" w:rsidR="00E04C14" w:rsidRPr="0071244D" w:rsidRDefault="00E04C14" w:rsidP="00E04C14">
      <w:pPr>
        <w:pStyle w:val="Listenabsatz"/>
        <w:numPr>
          <w:ilvl w:val="0"/>
          <w:numId w:val="13"/>
        </w:numPr>
        <w:spacing w:after="160" w:line="259" w:lineRule="auto"/>
        <w:rPr>
          <w:rFonts w:asciiTheme="majorHAnsi" w:hAnsiTheme="majorHAnsi" w:cstheme="majorHAnsi"/>
          <w:b/>
          <w:color w:val="1F4E78"/>
          <w:sz w:val="28"/>
          <w:u w:val="single"/>
        </w:rPr>
      </w:pPr>
      <w:proofErr w:type="spellStart"/>
      <w:r w:rsidRPr="0071244D">
        <w:rPr>
          <w:rFonts w:asciiTheme="majorHAnsi" w:hAnsiTheme="majorHAnsi" w:cstheme="majorHAnsi"/>
          <w:b/>
          <w:color w:val="1F4E78"/>
          <w:sz w:val="28"/>
          <w:u w:val="single"/>
        </w:rPr>
        <w:t>Dokumentation</w:t>
      </w:r>
      <w:proofErr w:type="spellEnd"/>
      <w:r w:rsidRPr="0071244D">
        <w:rPr>
          <w:rFonts w:asciiTheme="majorHAnsi" w:hAnsiTheme="majorHAnsi" w:cstheme="majorHAnsi"/>
          <w:b/>
          <w:color w:val="1F4E78"/>
          <w:sz w:val="28"/>
          <w:u w:val="single"/>
        </w:rPr>
        <w:t xml:space="preserve"> des </w:t>
      </w:r>
      <w:proofErr w:type="spellStart"/>
      <w:r w:rsidRPr="0071244D">
        <w:rPr>
          <w:rFonts w:asciiTheme="majorHAnsi" w:hAnsiTheme="majorHAnsi" w:cstheme="majorHAnsi"/>
          <w:b/>
          <w:color w:val="1F4E78"/>
          <w:sz w:val="28"/>
          <w:u w:val="single"/>
        </w:rPr>
        <w:t>Arbeits</w:t>
      </w:r>
      <w:proofErr w:type="spellEnd"/>
      <w:r w:rsidRPr="0071244D">
        <w:rPr>
          <w:rFonts w:asciiTheme="majorHAnsi" w:hAnsiTheme="majorHAnsi" w:cstheme="majorHAnsi"/>
          <w:b/>
          <w:color w:val="1F4E78"/>
          <w:sz w:val="28"/>
          <w:u w:val="single"/>
        </w:rPr>
        <w:t xml:space="preserve">- und </w:t>
      </w:r>
      <w:proofErr w:type="spellStart"/>
      <w:r w:rsidRPr="0071244D">
        <w:rPr>
          <w:rFonts w:asciiTheme="majorHAnsi" w:hAnsiTheme="majorHAnsi" w:cstheme="majorHAnsi"/>
          <w:b/>
          <w:color w:val="1F4E78"/>
          <w:sz w:val="28"/>
          <w:u w:val="single"/>
        </w:rPr>
        <w:t>Rechercheprozesses</w:t>
      </w:r>
      <w:proofErr w:type="spellEnd"/>
      <w:r w:rsidRPr="0071244D">
        <w:rPr>
          <w:rFonts w:asciiTheme="majorHAnsi" w:hAnsiTheme="majorHAnsi" w:cstheme="majorHAnsi"/>
          <w:b/>
          <w:color w:val="1F4E78"/>
          <w:sz w:val="28"/>
          <w:u w:val="single"/>
        </w:rPr>
        <w:t xml:space="preserve"> </w:t>
      </w:r>
    </w:p>
    <w:p w14:paraId="4505BDDC" w14:textId="77777777" w:rsidR="00E04C14" w:rsidRPr="0071244D" w:rsidRDefault="00E04C14" w:rsidP="00E04C14">
      <w:pPr>
        <w:pStyle w:val="Listenabsatz"/>
        <w:ind w:left="1068"/>
        <w:rPr>
          <w:rFonts w:asciiTheme="majorHAnsi" w:hAnsiTheme="majorHAnsi" w:cstheme="majorHAnsi"/>
          <w:b/>
          <w:color w:val="1F4E78"/>
          <w:sz w:val="24"/>
          <w:szCs w:val="20"/>
        </w:rPr>
      </w:pPr>
    </w:p>
    <w:p w14:paraId="08517FC9" w14:textId="77777777" w:rsidR="00E04C14" w:rsidRPr="0071244D" w:rsidRDefault="00E04C14" w:rsidP="00E04C14">
      <w:pPr>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Hier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beschreibst</w:t>
      </w:r>
      <w:proofErr w:type="spellEnd"/>
      <w:r w:rsidRPr="0071244D">
        <w:rPr>
          <w:rFonts w:asciiTheme="majorHAnsi" w:hAnsiTheme="majorHAnsi" w:cstheme="majorHAnsi"/>
          <w:b/>
          <w:color w:val="1F4E78"/>
          <w:sz w:val="24"/>
          <w:szCs w:val="20"/>
        </w:rPr>
        <w:t xml:space="preserve"> du die Zeit der </w:t>
      </w:r>
      <w:proofErr w:type="spellStart"/>
      <w:r w:rsidRPr="0071244D">
        <w:rPr>
          <w:rFonts w:asciiTheme="majorHAnsi" w:hAnsiTheme="majorHAnsi" w:cstheme="majorHAnsi"/>
          <w:b/>
          <w:color w:val="1F4E78"/>
          <w:sz w:val="24"/>
          <w:szCs w:val="20"/>
        </w:rPr>
        <w:t>Suche</w:t>
      </w:r>
      <w:proofErr w:type="spellEnd"/>
      <w:r w:rsidRPr="0071244D">
        <w:rPr>
          <w:rFonts w:asciiTheme="majorHAnsi" w:hAnsiTheme="majorHAnsi" w:cstheme="majorHAnsi"/>
          <w:b/>
          <w:color w:val="1F4E78"/>
          <w:sz w:val="24"/>
          <w:szCs w:val="20"/>
        </w:rPr>
        <w:t xml:space="preserve"> und Recherche. </w:t>
      </w:r>
    </w:p>
    <w:p w14:paraId="399FF3D9" w14:textId="77777777" w:rsidR="00E04C14" w:rsidRPr="0071244D" w:rsidRDefault="00E04C14" w:rsidP="00E04C14">
      <w:pPr>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Das </w:t>
      </w:r>
      <w:proofErr w:type="spellStart"/>
      <w:r w:rsidRPr="0071244D">
        <w:rPr>
          <w:rFonts w:asciiTheme="majorHAnsi" w:hAnsiTheme="majorHAnsi" w:cstheme="majorHAnsi"/>
          <w:b/>
          <w:color w:val="1F4E78"/>
          <w:sz w:val="24"/>
          <w:szCs w:val="20"/>
        </w:rPr>
        <w:t>gezielte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Suchen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nach</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Informationen</w:t>
      </w:r>
      <w:proofErr w:type="spellEnd"/>
      <w:r w:rsidRPr="0071244D">
        <w:rPr>
          <w:rFonts w:asciiTheme="majorHAnsi" w:hAnsiTheme="majorHAnsi" w:cstheme="majorHAnsi"/>
          <w:b/>
          <w:color w:val="1F4E78"/>
          <w:sz w:val="24"/>
          <w:szCs w:val="20"/>
        </w:rPr>
        <w:t xml:space="preserve"> war </w:t>
      </w:r>
      <w:proofErr w:type="spellStart"/>
      <w:r w:rsidRPr="0071244D">
        <w:rPr>
          <w:rFonts w:asciiTheme="majorHAnsi" w:hAnsiTheme="majorHAnsi" w:cstheme="majorHAnsi"/>
          <w:b/>
          <w:color w:val="1F4E78"/>
          <w:sz w:val="24"/>
          <w:szCs w:val="20"/>
        </w:rPr>
        <w:t>für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mich</w:t>
      </w:r>
      <w:proofErr w:type="spellEnd"/>
      <w:r w:rsidRPr="0071244D">
        <w:rPr>
          <w:rFonts w:asciiTheme="majorHAnsi" w:hAnsiTheme="majorHAnsi" w:cstheme="majorHAnsi"/>
          <w:b/>
          <w:color w:val="1F4E78"/>
          <w:sz w:val="24"/>
          <w:szCs w:val="20"/>
        </w:rPr>
        <w:t>…</w:t>
      </w:r>
    </w:p>
    <w:p w14:paraId="485A9DA7" w14:textId="77777777" w:rsidR="00E04C14" w:rsidRPr="0071244D" w:rsidRDefault="00E04C14" w:rsidP="00E04C14">
      <w:pPr>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Besonders</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interessant</w:t>
      </w:r>
      <w:proofErr w:type="spellEnd"/>
      <w:r w:rsidRPr="0071244D">
        <w:rPr>
          <w:rFonts w:asciiTheme="majorHAnsi" w:hAnsiTheme="majorHAnsi" w:cstheme="majorHAnsi"/>
          <w:b/>
          <w:color w:val="1F4E78"/>
          <w:sz w:val="24"/>
          <w:szCs w:val="20"/>
        </w:rPr>
        <w:t xml:space="preserve"> war es, </w:t>
      </w:r>
      <w:proofErr w:type="spellStart"/>
      <w:r w:rsidRPr="0071244D">
        <w:rPr>
          <w:rFonts w:asciiTheme="majorHAnsi" w:hAnsiTheme="majorHAnsi" w:cstheme="majorHAnsi"/>
          <w:b/>
          <w:color w:val="1F4E78"/>
          <w:sz w:val="24"/>
          <w:szCs w:val="20"/>
        </w:rPr>
        <w:t>dass</w:t>
      </w:r>
      <w:proofErr w:type="spellEnd"/>
      <w:r w:rsidRPr="0071244D">
        <w:rPr>
          <w:rFonts w:asciiTheme="majorHAnsi" w:hAnsiTheme="majorHAnsi" w:cstheme="majorHAnsi"/>
          <w:b/>
          <w:color w:val="1F4E78"/>
          <w:sz w:val="24"/>
          <w:szCs w:val="20"/>
        </w:rPr>
        <w:t>…</w:t>
      </w:r>
    </w:p>
    <w:p w14:paraId="575EF6FE" w14:textId="77777777" w:rsidR="00E04C14" w:rsidRPr="0071244D" w:rsidRDefault="00E04C14" w:rsidP="00E04C14">
      <w:pPr>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Schwierig</w:t>
      </w:r>
      <w:proofErr w:type="spellEnd"/>
      <w:r w:rsidRPr="0071244D">
        <w:rPr>
          <w:rFonts w:asciiTheme="majorHAnsi" w:hAnsiTheme="majorHAnsi" w:cstheme="majorHAnsi"/>
          <w:b/>
          <w:color w:val="1F4E78"/>
          <w:sz w:val="24"/>
          <w:szCs w:val="20"/>
        </w:rPr>
        <w:t xml:space="preserve"> war es </w:t>
      </w:r>
      <w:proofErr w:type="spellStart"/>
      <w:r w:rsidRPr="0071244D">
        <w:rPr>
          <w:rFonts w:asciiTheme="majorHAnsi" w:hAnsiTheme="majorHAnsi" w:cstheme="majorHAnsi"/>
          <w:b/>
          <w:color w:val="1F4E78"/>
          <w:sz w:val="24"/>
          <w:szCs w:val="20"/>
        </w:rPr>
        <w:t>für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mich</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weil</w:t>
      </w:r>
      <w:proofErr w:type="spellEnd"/>
      <w:r w:rsidRPr="0071244D">
        <w:rPr>
          <w:rFonts w:asciiTheme="majorHAnsi" w:hAnsiTheme="majorHAnsi" w:cstheme="majorHAnsi"/>
          <w:b/>
          <w:color w:val="1F4E78"/>
          <w:sz w:val="24"/>
          <w:szCs w:val="20"/>
        </w:rPr>
        <w:t>…</w:t>
      </w:r>
    </w:p>
    <w:p w14:paraId="71365A9E" w14:textId="77777777" w:rsidR="00E04C14" w:rsidRDefault="00E04C14" w:rsidP="00E04C14">
      <w:pPr>
        <w:rPr>
          <w:rFonts w:asciiTheme="majorHAnsi" w:hAnsiTheme="majorHAnsi" w:cstheme="majorHAnsi"/>
          <w:b/>
          <w:color w:val="1F4E78"/>
          <w:sz w:val="24"/>
          <w:szCs w:val="20"/>
        </w:rPr>
      </w:pPr>
    </w:p>
    <w:p w14:paraId="4D3F5243" w14:textId="77777777" w:rsidR="00E04C14" w:rsidRDefault="00E04C14" w:rsidP="00E04C14">
      <w:pPr>
        <w:rPr>
          <w:rFonts w:asciiTheme="majorHAnsi" w:hAnsiTheme="majorHAnsi" w:cstheme="majorHAnsi"/>
          <w:b/>
          <w:color w:val="1F4E78"/>
          <w:sz w:val="24"/>
          <w:szCs w:val="20"/>
        </w:rPr>
      </w:pPr>
    </w:p>
    <w:p w14:paraId="1143BFB7" w14:textId="55545E2B" w:rsidR="00E04C14" w:rsidRDefault="00E04C14" w:rsidP="00E04C14">
      <w:pPr>
        <w:rPr>
          <w:rFonts w:asciiTheme="majorHAnsi" w:hAnsiTheme="majorHAnsi" w:cstheme="majorHAnsi"/>
          <w:b/>
          <w:color w:val="1F4E78"/>
          <w:sz w:val="24"/>
          <w:szCs w:val="20"/>
        </w:rPr>
      </w:pPr>
    </w:p>
    <w:p w14:paraId="20AD68EC" w14:textId="379EDC48" w:rsidR="00E04C14" w:rsidRDefault="00E04C14" w:rsidP="00E04C14">
      <w:pPr>
        <w:rPr>
          <w:rFonts w:asciiTheme="majorHAnsi" w:hAnsiTheme="majorHAnsi" w:cstheme="majorHAnsi"/>
          <w:b/>
          <w:color w:val="1F4E78"/>
          <w:sz w:val="24"/>
          <w:szCs w:val="20"/>
        </w:rPr>
      </w:pPr>
    </w:p>
    <w:p w14:paraId="647598FC" w14:textId="0E7AEBCB" w:rsidR="00E04C14" w:rsidRDefault="00E04C14" w:rsidP="00E04C14">
      <w:pPr>
        <w:rPr>
          <w:rFonts w:asciiTheme="majorHAnsi" w:hAnsiTheme="majorHAnsi" w:cstheme="majorHAnsi"/>
          <w:b/>
          <w:color w:val="1F4E78"/>
          <w:sz w:val="24"/>
          <w:szCs w:val="20"/>
        </w:rPr>
      </w:pPr>
    </w:p>
    <w:p w14:paraId="1CB481F9" w14:textId="77777777" w:rsidR="00E04C14" w:rsidRDefault="00E04C14" w:rsidP="00E04C14">
      <w:pPr>
        <w:rPr>
          <w:rFonts w:asciiTheme="majorHAnsi" w:hAnsiTheme="majorHAnsi" w:cstheme="majorHAnsi"/>
          <w:b/>
          <w:color w:val="1F4E78"/>
          <w:sz w:val="24"/>
          <w:szCs w:val="20"/>
        </w:rPr>
      </w:pPr>
    </w:p>
    <w:p w14:paraId="6F1E8E1E" w14:textId="77777777" w:rsidR="00E04C14" w:rsidRPr="0071244D" w:rsidRDefault="00E04C14" w:rsidP="00E04C14">
      <w:pPr>
        <w:rPr>
          <w:rFonts w:asciiTheme="majorHAnsi" w:hAnsiTheme="majorHAnsi" w:cstheme="majorHAnsi"/>
          <w:b/>
          <w:color w:val="1F4E78"/>
          <w:sz w:val="24"/>
          <w:szCs w:val="20"/>
        </w:rPr>
      </w:pPr>
    </w:p>
    <w:p w14:paraId="023F0F69" w14:textId="77777777" w:rsidR="00E04C14" w:rsidRPr="0071244D" w:rsidRDefault="00E04C14" w:rsidP="00E04C14">
      <w:pPr>
        <w:pStyle w:val="Listenabsatz"/>
        <w:numPr>
          <w:ilvl w:val="0"/>
          <w:numId w:val="12"/>
        </w:numPr>
        <w:spacing w:after="160" w:line="259" w:lineRule="auto"/>
        <w:rPr>
          <w:rFonts w:asciiTheme="majorHAnsi" w:hAnsiTheme="majorHAnsi" w:cstheme="majorHAnsi"/>
          <w:b/>
          <w:color w:val="1F4E78"/>
          <w:sz w:val="28"/>
          <w:u w:val="single"/>
        </w:rPr>
      </w:pPr>
      <w:proofErr w:type="spellStart"/>
      <w:r w:rsidRPr="0071244D">
        <w:rPr>
          <w:rFonts w:asciiTheme="majorHAnsi" w:hAnsiTheme="majorHAnsi" w:cstheme="majorHAnsi"/>
          <w:b/>
          <w:color w:val="1F4E78"/>
          <w:sz w:val="28"/>
          <w:u w:val="single"/>
        </w:rPr>
        <w:t>Wichtigste</w:t>
      </w:r>
      <w:proofErr w:type="spellEnd"/>
      <w:r w:rsidRPr="0071244D">
        <w:rPr>
          <w:rFonts w:asciiTheme="majorHAnsi" w:hAnsiTheme="majorHAnsi" w:cstheme="majorHAnsi"/>
          <w:b/>
          <w:color w:val="1F4E78"/>
          <w:sz w:val="28"/>
          <w:u w:val="single"/>
        </w:rPr>
        <w:t xml:space="preserve"> </w:t>
      </w:r>
      <w:proofErr w:type="spellStart"/>
      <w:r w:rsidRPr="0071244D">
        <w:rPr>
          <w:rFonts w:asciiTheme="majorHAnsi" w:hAnsiTheme="majorHAnsi" w:cstheme="majorHAnsi"/>
          <w:b/>
          <w:color w:val="1F4E78"/>
          <w:sz w:val="28"/>
          <w:u w:val="single"/>
        </w:rPr>
        <w:t>Informationen</w:t>
      </w:r>
      <w:proofErr w:type="spellEnd"/>
      <w:r w:rsidRPr="0071244D">
        <w:rPr>
          <w:rFonts w:asciiTheme="majorHAnsi" w:hAnsiTheme="majorHAnsi" w:cstheme="majorHAnsi"/>
          <w:b/>
          <w:color w:val="1F4E78"/>
          <w:sz w:val="28"/>
          <w:u w:val="single"/>
        </w:rPr>
        <w:t xml:space="preserve"> </w:t>
      </w:r>
      <w:proofErr w:type="spellStart"/>
      <w:r w:rsidRPr="0071244D">
        <w:rPr>
          <w:rFonts w:asciiTheme="majorHAnsi" w:hAnsiTheme="majorHAnsi" w:cstheme="majorHAnsi"/>
          <w:b/>
          <w:color w:val="1F4E78"/>
          <w:sz w:val="28"/>
          <w:u w:val="single"/>
        </w:rPr>
        <w:t>zum</w:t>
      </w:r>
      <w:proofErr w:type="spellEnd"/>
      <w:r w:rsidRPr="0071244D">
        <w:rPr>
          <w:rFonts w:asciiTheme="majorHAnsi" w:hAnsiTheme="majorHAnsi" w:cstheme="majorHAnsi"/>
          <w:b/>
          <w:color w:val="1F4E78"/>
          <w:sz w:val="28"/>
          <w:u w:val="single"/>
        </w:rPr>
        <w:t xml:space="preserve"> </w:t>
      </w:r>
      <w:proofErr w:type="spellStart"/>
      <w:r w:rsidRPr="0071244D">
        <w:rPr>
          <w:rFonts w:asciiTheme="majorHAnsi" w:hAnsiTheme="majorHAnsi" w:cstheme="majorHAnsi"/>
          <w:b/>
          <w:color w:val="1F4E78"/>
          <w:sz w:val="28"/>
          <w:u w:val="single"/>
        </w:rPr>
        <w:t>Inhalt</w:t>
      </w:r>
      <w:proofErr w:type="spellEnd"/>
      <w:r w:rsidRPr="0071244D">
        <w:rPr>
          <w:rFonts w:asciiTheme="majorHAnsi" w:hAnsiTheme="majorHAnsi" w:cstheme="majorHAnsi"/>
          <w:b/>
          <w:color w:val="1F4E78"/>
          <w:sz w:val="28"/>
          <w:u w:val="single"/>
        </w:rPr>
        <w:t xml:space="preserve"> der </w:t>
      </w:r>
      <w:proofErr w:type="spellStart"/>
      <w:r w:rsidRPr="0071244D">
        <w:rPr>
          <w:rFonts w:asciiTheme="majorHAnsi" w:hAnsiTheme="majorHAnsi" w:cstheme="majorHAnsi"/>
          <w:b/>
          <w:color w:val="1F4E78"/>
          <w:sz w:val="28"/>
          <w:u w:val="single"/>
        </w:rPr>
        <w:t>Präsentation</w:t>
      </w:r>
      <w:proofErr w:type="spellEnd"/>
    </w:p>
    <w:p w14:paraId="483EE205" w14:textId="77777777" w:rsidR="00E04C14" w:rsidRPr="0071244D" w:rsidRDefault="00E04C14" w:rsidP="00E04C14">
      <w:pPr>
        <w:rPr>
          <w:rFonts w:asciiTheme="majorHAnsi" w:hAnsiTheme="majorHAnsi" w:cstheme="majorHAnsi"/>
          <w:b/>
          <w:color w:val="1F4E78"/>
          <w:sz w:val="24"/>
          <w:szCs w:val="20"/>
        </w:rPr>
      </w:pPr>
    </w:p>
    <w:p w14:paraId="2F71C079" w14:textId="77777777" w:rsidR="00E04C14" w:rsidRPr="0071244D" w:rsidRDefault="00E04C14" w:rsidP="00E04C14">
      <w:pPr>
        <w:spacing w:line="360" w:lineRule="auto"/>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Hier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werden</w:t>
      </w:r>
      <w:proofErr w:type="spellEnd"/>
      <w:r w:rsidRPr="0071244D">
        <w:rPr>
          <w:rFonts w:asciiTheme="majorHAnsi" w:hAnsiTheme="majorHAnsi" w:cstheme="majorHAnsi"/>
          <w:b/>
          <w:color w:val="1F4E78"/>
          <w:sz w:val="24"/>
          <w:szCs w:val="20"/>
        </w:rPr>
        <w:t xml:space="preserve"> die </w:t>
      </w:r>
      <w:proofErr w:type="spellStart"/>
      <w:r w:rsidRPr="0071244D">
        <w:rPr>
          <w:rFonts w:asciiTheme="majorHAnsi" w:hAnsiTheme="majorHAnsi" w:cstheme="majorHAnsi"/>
          <w:b/>
          <w:color w:val="1F4E78"/>
          <w:sz w:val="24"/>
          <w:szCs w:val="20"/>
        </w:rPr>
        <w:t>wichtigsten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Informationen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zu</w:t>
      </w:r>
      <w:proofErr w:type="spellEnd"/>
      <w:r w:rsidRPr="0071244D">
        <w:rPr>
          <w:rFonts w:asciiTheme="majorHAnsi" w:hAnsiTheme="majorHAnsi" w:cstheme="majorHAnsi"/>
          <w:b/>
          <w:color w:val="1F4E78"/>
          <w:sz w:val="24"/>
          <w:szCs w:val="20"/>
        </w:rPr>
        <w:t xml:space="preserve"> den </w:t>
      </w:r>
      <w:proofErr w:type="spellStart"/>
      <w:r w:rsidRPr="0071244D">
        <w:rPr>
          <w:rFonts w:asciiTheme="majorHAnsi" w:hAnsiTheme="majorHAnsi" w:cstheme="majorHAnsi"/>
          <w:b/>
          <w:color w:val="1F4E78"/>
          <w:sz w:val="24"/>
          <w:szCs w:val="20"/>
        </w:rPr>
        <w:t>Gliederungspunkten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deiner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Präsentation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zusammengefasst</w:t>
      </w:r>
      <w:proofErr w:type="spellEnd"/>
      <w:r w:rsidRPr="0071244D">
        <w:rPr>
          <w:rFonts w:asciiTheme="majorHAnsi" w:hAnsiTheme="majorHAnsi" w:cstheme="majorHAnsi"/>
          <w:b/>
          <w:color w:val="1F4E78"/>
          <w:sz w:val="24"/>
          <w:szCs w:val="20"/>
        </w:rPr>
        <w:t xml:space="preserve">. Du </w:t>
      </w:r>
      <w:proofErr w:type="spellStart"/>
      <w:r w:rsidRPr="0071244D">
        <w:rPr>
          <w:rFonts w:asciiTheme="majorHAnsi" w:hAnsiTheme="majorHAnsi" w:cstheme="majorHAnsi"/>
          <w:b/>
          <w:color w:val="1F4E78"/>
          <w:sz w:val="24"/>
          <w:szCs w:val="20"/>
        </w:rPr>
        <w:t>arbeitest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hier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fachlich</w:t>
      </w:r>
      <w:proofErr w:type="spellEnd"/>
      <w:r w:rsidRPr="0071244D">
        <w:rPr>
          <w:rFonts w:asciiTheme="majorHAnsi" w:hAnsiTheme="majorHAnsi" w:cstheme="majorHAnsi"/>
          <w:b/>
          <w:color w:val="1F4E78"/>
          <w:sz w:val="24"/>
          <w:szCs w:val="20"/>
        </w:rPr>
        <w:t xml:space="preserve"> und </w:t>
      </w:r>
      <w:proofErr w:type="spellStart"/>
      <w:r w:rsidRPr="0071244D">
        <w:rPr>
          <w:rFonts w:asciiTheme="majorHAnsi" w:hAnsiTheme="majorHAnsi" w:cstheme="majorHAnsi"/>
          <w:b/>
          <w:color w:val="1F4E78"/>
          <w:sz w:val="24"/>
          <w:szCs w:val="20"/>
        </w:rPr>
        <w:t>wissenschaftlich</w:t>
      </w:r>
      <w:proofErr w:type="spellEnd"/>
      <w:r w:rsidRPr="0071244D">
        <w:rPr>
          <w:rFonts w:asciiTheme="majorHAnsi" w:hAnsiTheme="majorHAnsi" w:cstheme="majorHAnsi"/>
          <w:b/>
          <w:color w:val="1F4E78"/>
          <w:sz w:val="24"/>
          <w:szCs w:val="20"/>
        </w:rPr>
        <w:t xml:space="preserve"> und </w:t>
      </w:r>
      <w:proofErr w:type="spellStart"/>
      <w:r w:rsidRPr="0071244D">
        <w:rPr>
          <w:rFonts w:asciiTheme="majorHAnsi" w:hAnsiTheme="majorHAnsi" w:cstheme="majorHAnsi"/>
          <w:b/>
          <w:color w:val="1F4E78"/>
          <w:sz w:val="24"/>
          <w:szCs w:val="20"/>
        </w:rPr>
        <w:t>gibst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deine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eigene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Meinung</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nicht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wieder</w:t>
      </w:r>
      <w:proofErr w:type="spellEnd"/>
      <w:r w:rsidRPr="0071244D">
        <w:rPr>
          <w:rFonts w:asciiTheme="majorHAnsi" w:hAnsiTheme="majorHAnsi" w:cstheme="majorHAnsi"/>
          <w:b/>
          <w:color w:val="1F4E78"/>
          <w:sz w:val="24"/>
          <w:szCs w:val="20"/>
        </w:rPr>
        <w:t xml:space="preserve">. Dieser </w:t>
      </w:r>
      <w:proofErr w:type="spellStart"/>
      <w:r w:rsidRPr="0071244D">
        <w:rPr>
          <w:rFonts w:asciiTheme="majorHAnsi" w:hAnsiTheme="majorHAnsi" w:cstheme="majorHAnsi"/>
          <w:b/>
          <w:color w:val="1F4E78"/>
          <w:sz w:val="24"/>
          <w:szCs w:val="20"/>
        </w:rPr>
        <w:t>Punkt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ähnelt</w:t>
      </w:r>
      <w:proofErr w:type="spellEnd"/>
      <w:r w:rsidRPr="0071244D">
        <w:rPr>
          <w:rFonts w:asciiTheme="majorHAnsi" w:hAnsiTheme="majorHAnsi" w:cstheme="majorHAnsi"/>
          <w:b/>
          <w:color w:val="1F4E78"/>
          <w:sz w:val="24"/>
          <w:szCs w:val="20"/>
        </w:rPr>
        <w:t xml:space="preserve"> dem </w:t>
      </w:r>
      <w:proofErr w:type="spellStart"/>
      <w:r w:rsidRPr="0071244D">
        <w:rPr>
          <w:rFonts w:asciiTheme="majorHAnsi" w:hAnsiTheme="majorHAnsi" w:cstheme="majorHAnsi"/>
          <w:b/>
          <w:color w:val="1F4E78"/>
          <w:sz w:val="24"/>
          <w:szCs w:val="20"/>
        </w:rPr>
        <w:t>Erstellen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einer</w:t>
      </w:r>
      <w:proofErr w:type="spellEnd"/>
      <w:r w:rsidRPr="0071244D">
        <w:rPr>
          <w:rFonts w:asciiTheme="majorHAnsi" w:hAnsiTheme="majorHAnsi" w:cstheme="majorHAnsi"/>
          <w:b/>
          <w:color w:val="1F4E78"/>
          <w:sz w:val="24"/>
          <w:szCs w:val="20"/>
        </w:rPr>
        <w:t xml:space="preserve"> „</w:t>
      </w:r>
      <w:proofErr w:type="spellStart"/>
      <w:proofErr w:type="gramStart"/>
      <w:r w:rsidRPr="0071244D">
        <w:rPr>
          <w:rFonts w:asciiTheme="majorHAnsi" w:hAnsiTheme="majorHAnsi" w:cstheme="majorHAnsi"/>
          <w:b/>
          <w:color w:val="1F4E78"/>
          <w:sz w:val="24"/>
          <w:szCs w:val="20"/>
        </w:rPr>
        <w:t>kleinen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Hausarbeit</w:t>
      </w:r>
      <w:proofErr w:type="spellEnd"/>
      <w:proofErr w:type="gramEnd"/>
      <w:r w:rsidRPr="0071244D">
        <w:rPr>
          <w:rFonts w:asciiTheme="majorHAnsi" w:hAnsiTheme="majorHAnsi" w:cstheme="majorHAnsi"/>
          <w:b/>
          <w:color w:val="1F4E78"/>
          <w:sz w:val="24"/>
          <w:szCs w:val="20"/>
        </w:rPr>
        <w:t>.</w:t>
      </w:r>
    </w:p>
    <w:p w14:paraId="39F1A698" w14:textId="77777777" w:rsidR="00E04C14" w:rsidRPr="0071244D" w:rsidRDefault="00E04C14" w:rsidP="00E04C14">
      <w:pPr>
        <w:spacing w:line="360" w:lineRule="auto"/>
        <w:rPr>
          <w:rFonts w:asciiTheme="majorHAnsi" w:hAnsiTheme="majorHAnsi" w:cstheme="majorHAnsi"/>
          <w:b/>
          <w:color w:val="1F4E78"/>
          <w:sz w:val="24"/>
          <w:szCs w:val="20"/>
        </w:rPr>
      </w:pPr>
    </w:p>
    <w:p w14:paraId="0690D762" w14:textId="77777777" w:rsidR="00E04C14" w:rsidRPr="0071244D" w:rsidRDefault="00E04C14" w:rsidP="00E04C14">
      <w:pPr>
        <w:pStyle w:val="Listenabsatz"/>
        <w:numPr>
          <w:ilvl w:val="0"/>
          <w:numId w:val="12"/>
        </w:numPr>
        <w:spacing w:after="160" w:line="259" w:lineRule="auto"/>
        <w:rPr>
          <w:rFonts w:asciiTheme="majorHAnsi" w:hAnsiTheme="majorHAnsi" w:cstheme="majorHAnsi"/>
          <w:b/>
          <w:color w:val="1F4E78"/>
          <w:sz w:val="28"/>
          <w:u w:val="single"/>
        </w:rPr>
      </w:pPr>
      <w:proofErr w:type="spellStart"/>
      <w:r w:rsidRPr="0071244D">
        <w:rPr>
          <w:rFonts w:asciiTheme="majorHAnsi" w:hAnsiTheme="majorHAnsi" w:cstheme="majorHAnsi"/>
          <w:b/>
          <w:color w:val="1F4E78"/>
          <w:sz w:val="28"/>
          <w:u w:val="single"/>
        </w:rPr>
        <w:t>Eigene</w:t>
      </w:r>
      <w:proofErr w:type="spellEnd"/>
      <w:r w:rsidRPr="0071244D">
        <w:rPr>
          <w:rFonts w:asciiTheme="majorHAnsi" w:hAnsiTheme="majorHAnsi" w:cstheme="majorHAnsi"/>
          <w:b/>
          <w:color w:val="1F4E78"/>
          <w:sz w:val="28"/>
          <w:u w:val="single"/>
        </w:rPr>
        <w:t xml:space="preserve"> </w:t>
      </w:r>
      <w:proofErr w:type="spellStart"/>
      <w:r w:rsidRPr="0071244D">
        <w:rPr>
          <w:rFonts w:asciiTheme="majorHAnsi" w:hAnsiTheme="majorHAnsi" w:cstheme="majorHAnsi"/>
          <w:b/>
          <w:color w:val="1F4E78"/>
          <w:sz w:val="28"/>
          <w:u w:val="single"/>
        </w:rPr>
        <w:t>Ergebnisse</w:t>
      </w:r>
      <w:proofErr w:type="spellEnd"/>
      <w:r w:rsidRPr="0071244D">
        <w:rPr>
          <w:rFonts w:asciiTheme="majorHAnsi" w:hAnsiTheme="majorHAnsi" w:cstheme="majorHAnsi"/>
          <w:b/>
          <w:color w:val="1F4E78"/>
          <w:sz w:val="28"/>
          <w:u w:val="single"/>
        </w:rPr>
        <w:t xml:space="preserve"> und </w:t>
      </w:r>
      <w:proofErr w:type="spellStart"/>
      <w:r w:rsidRPr="0071244D">
        <w:rPr>
          <w:rFonts w:asciiTheme="majorHAnsi" w:hAnsiTheme="majorHAnsi" w:cstheme="majorHAnsi"/>
          <w:b/>
          <w:color w:val="1F4E78"/>
          <w:sz w:val="28"/>
          <w:u w:val="single"/>
        </w:rPr>
        <w:t>Erkenntnisse</w:t>
      </w:r>
      <w:proofErr w:type="spellEnd"/>
    </w:p>
    <w:p w14:paraId="7DA38CFC" w14:textId="77777777" w:rsidR="00E04C14" w:rsidRPr="0071244D" w:rsidRDefault="00E04C14" w:rsidP="00E04C14">
      <w:pPr>
        <w:rPr>
          <w:rFonts w:asciiTheme="majorHAnsi" w:hAnsiTheme="majorHAnsi" w:cstheme="majorHAnsi"/>
          <w:b/>
          <w:color w:val="1F4E78"/>
          <w:sz w:val="24"/>
          <w:szCs w:val="20"/>
        </w:rPr>
      </w:pPr>
    </w:p>
    <w:p w14:paraId="06649D35" w14:textId="77777777" w:rsidR="00E04C14" w:rsidRPr="0071244D" w:rsidRDefault="00E04C14" w:rsidP="00E04C14">
      <w:pPr>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Während</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meiner</w:t>
      </w:r>
      <w:proofErr w:type="spellEnd"/>
      <w:r w:rsidRPr="0071244D">
        <w:rPr>
          <w:rFonts w:asciiTheme="majorHAnsi" w:hAnsiTheme="majorHAnsi" w:cstheme="majorHAnsi"/>
          <w:b/>
          <w:color w:val="1F4E78"/>
          <w:sz w:val="24"/>
          <w:szCs w:val="20"/>
        </w:rPr>
        <w:t xml:space="preserve"> Arbeit </w:t>
      </w:r>
      <w:proofErr w:type="spellStart"/>
      <w:r w:rsidRPr="0071244D">
        <w:rPr>
          <w:rFonts w:asciiTheme="majorHAnsi" w:hAnsiTheme="majorHAnsi" w:cstheme="majorHAnsi"/>
          <w:b/>
          <w:color w:val="1F4E78"/>
          <w:sz w:val="24"/>
          <w:szCs w:val="20"/>
        </w:rPr>
        <w:t>konnte</w:t>
      </w:r>
      <w:proofErr w:type="spellEnd"/>
      <w:r w:rsidRPr="0071244D">
        <w:rPr>
          <w:rFonts w:asciiTheme="majorHAnsi" w:hAnsiTheme="majorHAnsi" w:cstheme="majorHAnsi"/>
          <w:b/>
          <w:color w:val="1F4E78"/>
          <w:sz w:val="24"/>
          <w:szCs w:val="20"/>
        </w:rPr>
        <w:t xml:space="preserve"> ich </w:t>
      </w:r>
      <w:proofErr w:type="spellStart"/>
      <w:r w:rsidRPr="0071244D">
        <w:rPr>
          <w:rFonts w:asciiTheme="majorHAnsi" w:hAnsiTheme="majorHAnsi" w:cstheme="majorHAnsi"/>
          <w:b/>
          <w:color w:val="1F4E78"/>
          <w:sz w:val="24"/>
          <w:szCs w:val="20"/>
        </w:rPr>
        <w:t>feststellen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dass</w:t>
      </w:r>
      <w:proofErr w:type="spellEnd"/>
      <w:r w:rsidRPr="0071244D">
        <w:rPr>
          <w:rFonts w:asciiTheme="majorHAnsi" w:hAnsiTheme="majorHAnsi" w:cstheme="majorHAnsi"/>
          <w:b/>
          <w:color w:val="1F4E78"/>
          <w:sz w:val="24"/>
          <w:szCs w:val="20"/>
        </w:rPr>
        <w:t>…</w:t>
      </w:r>
    </w:p>
    <w:p w14:paraId="5CEF9EE4" w14:textId="77777777" w:rsidR="00E04C14" w:rsidRPr="0071244D" w:rsidRDefault="00E04C14" w:rsidP="00E04C14">
      <w:pPr>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Durch</w:t>
      </w:r>
      <w:proofErr w:type="spellEnd"/>
      <w:r w:rsidRPr="0071244D">
        <w:rPr>
          <w:rFonts w:asciiTheme="majorHAnsi" w:hAnsiTheme="majorHAnsi" w:cstheme="majorHAnsi"/>
          <w:b/>
          <w:color w:val="1F4E78"/>
          <w:sz w:val="24"/>
          <w:szCs w:val="20"/>
        </w:rPr>
        <w:t xml:space="preserve"> die </w:t>
      </w:r>
      <w:proofErr w:type="spellStart"/>
      <w:r w:rsidRPr="0071244D">
        <w:rPr>
          <w:rFonts w:asciiTheme="majorHAnsi" w:hAnsiTheme="majorHAnsi" w:cstheme="majorHAnsi"/>
          <w:b/>
          <w:color w:val="1F4E78"/>
          <w:sz w:val="24"/>
          <w:szCs w:val="20"/>
        </w:rPr>
        <w:t>Bearbeitung</w:t>
      </w:r>
      <w:proofErr w:type="spellEnd"/>
      <w:r w:rsidRPr="0071244D">
        <w:rPr>
          <w:rFonts w:asciiTheme="majorHAnsi" w:hAnsiTheme="majorHAnsi" w:cstheme="majorHAnsi"/>
          <w:b/>
          <w:color w:val="1F4E78"/>
          <w:sz w:val="24"/>
          <w:szCs w:val="20"/>
        </w:rPr>
        <w:t xml:space="preserve"> des </w:t>
      </w:r>
      <w:proofErr w:type="spellStart"/>
      <w:r w:rsidRPr="0071244D">
        <w:rPr>
          <w:rFonts w:asciiTheme="majorHAnsi" w:hAnsiTheme="majorHAnsi" w:cstheme="majorHAnsi"/>
          <w:b/>
          <w:color w:val="1F4E78"/>
          <w:sz w:val="24"/>
          <w:szCs w:val="20"/>
        </w:rPr>
        <w:t>Themas</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wurde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deutlich</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dass</w:t>
      </w:r>
      <w:proofErr w:type="spellEnd"/>
      <w:r w:rsidRPr="0071244D">
        <w:rPr>
          <w:rFonts w:asciiTheme="majorHAnsi" w:hAnsiTheme="majorHAnsi" w:cstheme="majorHAnsi"/>
          <w:b/>
          <w:color w:val="1F4E78"/>
          <w:sz w:val="24"/>
          <w:szCs w:val="20"/>
        </w:rPr>
        <w:t>…</w:t>
      </w:r>
    </w:p>
    <w:p w14:paraId="6FAF8A36" w14:textId="77777777" w:rsidR="00E04C14" w:rsidRPr="0071244D" w:rsidRDefault="00E04C14" w:rsidP="00E04C14">
      <w:pPr>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Ich </w:t>
      </w:r>
      <w:proofErr w:type="spellStart"/>
      <w:r w:rsidRPr="0071244D">
        <w:rPr>
          <w:rFonts w:asciiTheme="majorHAnsi" w:hAnsiTheme="majorHAnsi" w:cstheme="majorHAnsi"/>
          <w:b/>
          <w:color w:val="1F4E78"/>
          <w:sz w:val="24"/>
          <w:szCs w:val="20"/>
        </w:rPr>
        <w:t>habe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dabei</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gelernt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dass</w:t>
      </w:r>
      <w:proofErr w:type="spellEnd"/>
      <w:r w:rsidRPr="0071244D">
        <w:rPr>
          <w:rFonts w:asciiTheme="majorHAnsi" w:hAnsiTheme="majorHAnsi" w:cstheme="majorHAnsi"/>
          <w:b/>
          <w:color w:val="1F4E78"/>
          <w:sz w:val="24"/>
          <w:szCs w:val="20"/>
        </w:rPr>
        <w:t>…</w:t>
      </w:r>
    </w:p>
    <w:p w14:paraId="3C561D59" w14:textId="77777777" w:rsidR="00E04C14" w:rsidRPr="0071244D" w:rsidRDefault="00E04C14" w:rsidP="00E04C14">
      <w:pPr>
        <w:rPr>
          <w:rFonts w:asciiTheme="majorHAnsi" w:hAnsiTheme="majorHAnsi" w:cstheme="majorHAnsi"/>
          <w:b/>
          <w:color w:val="1F4E78"/>
          <w:sz w:val="24"/>
          <w:szCs w:val="20"/>
        </w:rPr>
      </w:pPr>
    </w:p>
    <w:p w14:paraId="4EB0B02E" w14:textId="77777777" w:rsidR="00E04C14" w:rsidRPr="0071244D" w:rsidRDefault="00E04C14" w:rsidP="00E04C14">
      <w:pPr>
        <w:pStyle w:val="Listenabsatz"/>
        <w:numPr>
          <w:ilvl w:val="0"/>
          <w:numId w:val="12"/>
        </w:numPr>
        <w:spacing w:after="160" w:line="259" w:lineRule="auto"/>
        <w:rPr>
          <w:rFonts w:asciiTheme="majorHAnsi" w:hAnsiTheme="majorHAnsi" w:cstheme="majorHAnsi"/>
          <w:b/>
          <w:color w:val="1F4E78"/>
          <w:sz w:val="28"/>
          <w:u w:val="single"/>
        </w:rPr>
      </w:pPr>
      <w:proofErr w:type="spellStart"/>
      <w:r w:rsidRPr="0071244D">
        <w:rPr>
          <w:rFonts w:asciiTheme="majorHAnsi" w:hAnsiTheme="majorHAnsi" w:cstheme="majorHAnsi"/>
          <w:b/>
          <w:color w:val="1F4E78"/>
          <w:sz w:val="28"/>
          <w:u w:val="single"/>
        </w:rPr>
        <w:t>Vorbereitung</w:t>
      </w:r>
      <w:proofErr w:type="spellEnd"/>
      <w:r w:rsidRPr="0071244D">
        <w:rPr>
          <w:rFonts w:asciiTheme="majorHAnsi" w:hAnsiTheme="majorHAnsi" w:cstheme="majorHAnsi"/>
          <w:b/>
          <w:color w:val="1F4E78"/>
          <w:sz w:val="28"/>
          <w:u w:val="single"/>
        </w:rPr>
        <w:t xml:space="preserve"> der </w:t>
      </w:r>
      <w:proofErr w:type="spellStart"/>
      <w:r w:rsidRPr="0071244D">
        <w:rPr>
          <w:rFonts w:asciiTheme="majorHAnsi" w:hAnsiTheme="majorHAnsi" w:cstheme="majorHAnsi"/>
          <w:b/>
          <w:color w:val="1F4E78"/>
          <w:sz w:val="28"/>
          <w:u w:val="single"/>
        </w:rPr>
        <w:t>Präsentation</w:t>
      </w:r>
      <w:proofErr w:type="spellEnd"/>
    </w:p>
    <w:p w14:paraId="6B63AE2C" w14:textId="77777777" w:rsidR="00E04C14" w:rsidRPr="0071244D" w:rsidRDefault="00E04C14" w:rsidP="00E04C14">
      <w:pPr>
        <w:rPr>
          <w:rFonts w:asciiTheme="majorHAnsi" w:hAnsiTheme="majorHAnsi" w:cstheme="majorHAnsi"/>
          <w:b/>
          <w:color w:val="1F4E78"/>
          <w:sz w:val="24"/>
          <w:szCs w:val="20"/>
        </w:rPr>
      </w:pPr>
    </w:p>
    <w:p w14:paraId="6A1DC98A" w14:textId="77777777" w:rsidR="00E04C14" w:rsidRPr="0071244D" w:rsidRDefault="00E04C14" w:rsidP="00E04C14">
      <w:pPr>
        <w:ind w:left="1416" w:hanging="1416"/>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Unter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diesem</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Punkt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stellst</w:t>
      </w:r>
      <w:proofErr w:type="spellEnd"/>
      <w:r w:rsidRPr="0071244D">
        <w:rPr>
          <w:rFonts w:asciiTheme="majorHAnsi" w:hAnsiTheme="majorHAnsi" w:cstheme="majorHAnsi"/>
          <w:b/>
          <w:color w:val="1F4E78"/>
          <w:sz w:val="24"/>
          <w:szCs w:val="20"/>
        </w:rPr>
        <w:t xml:space="preserve"> du </w:t>
      </w:r>
      <w:proofErr w:type="spellStart"/>
      <w:r w:rsidRPr="0071244D">
        <w:rPr>
          <w:rFonts w:asciiTheme="majorHAnsi" w:hAnsiTheme="majorHAnsi" w:cstheme="majorHAnsi"/>
          <w:b/>
          <w:color w:val="1F4E78"/>
          <w:sz w:val="24"/>
          <w:szCs w:val="20"/>
        </w:rPr>
        <w:t>dar</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wie</w:t>
      </w:r>
      <w:proofErr w:type="spellEnd"/>
      <w:r w:rsidRPr="0071244D">
        <w:rPr>
          <w:rFonts w:asciiTheme="majorHAnsi" w:hAnsiTheme="majorHAnsi" w:cstheme="majorHAnsi"/>
          <w:b/>
          <w:color w:val="1F4E78"/>
          <w:sz w:val="24"/>
          <w:szCs w:val="20"/>
        </w:rPr>
        <w:t xml:space="preserve"> du dich </w:t>
      </w:r>
      <w:proofErr w:type="spellStart"/>
      <w:r w:rsidRPr="0071244D">
        <w:rPr>
          <w:rFonts w:asciiTheme="majorHAnsi" w:hAnsiTheme="majorHAnsi" w:cstheme="majorHAnsi"/>
          <w:b/>
          <w:color w:val="1F4E78"/>
          <w:sz w:val="24"/>
          <w:szCs w:val="20"/>
        </w:rPr>
        <w:t>persönlich</w:t>
      </w:r>
      <w:proofErr w:type="spellEnd"/>
      <w:r w:rsidRPr="0071244D">
        <w:rPr>
          <w:rFonts w:asciiTheme="majorHAnsi" w:hAnsiTheme="majorHAnsi" w:cstheme="majorHAnsi"/>
          <w:b/>
          <w:color w:val="1F4E78"/>
          <w:sz w:val="24"/>
          <w:szCs w:val="20"/>
        </w:rPr>
        <w:t xml:space="preserve"> auf die </w:t>
      </w:r>
      <w:proofErr w:type="spellStart"/>
      <w:r w:rsidRPr="0071244D">
        <w:rPr>
          <w:rFonts w:asciiTheme="majorHAnsi" w:hAnsiTheme="majorHAnsi" w:cstheme="majorHAnsi"/>
          <w:b/>
          <w:color w:val="1F4E78"/>
          <w:sz w:val="24"/>
          <w:szCs w:val="20"/>
        </w:rPr>
        <w:t>Präsentation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vorbereitest</w:t>
      </w:r>
      <w:proofErr w:type="spellEnd"/>
      <w:r w:rsidRPr="0071244D">
        <w:rPr>
          <w:rFonts w:asciiTheme="majorHAnsi" w:hAnsiTheme="majorHAnsi" w:cstheme="majorHAnsi"/>
          <w:b/>
          <w:color w:val="1F4E78"/>
          <w:sz w:val="24"/>
          <w:szCs w:val="20"/>
        </w:rPr>
        <w:t xml:space="preserve"> </w:t>
      </w:r>
    </w:p>
    <w:p w14:paraId="13C9A135" w14:textId="77777777" w:rsidR="00E04C14" w:rsidRPr="0071244D" w:rsidRDefault="00E04C14" w:rsidP="00E04C14">
      <w:pPr>
        <w:ind w:left="1416" w:hanging="1416"/>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und in </w:t>
      </w:r>
      <w:proofErr w:type="spellStart"/>
      <w:r w:rsidRPr="0071244D">
        <w:rPr>
          <w:rFonts w:asciiTheme="majorHAnsi" w:hAnsiTheme="majorHAnsi" w:cstheme="majorHAnsi"/>
          <w:b/>
          <w:color w:val="1F4E78"/>
          <w:sz w:val="24"/>
          <w:szCs w:val="20"/>
        </w:rPr>
        <w:t>welcher</w:t>
      </w:r>
      <w:proofErr w:type="spellEnd"/>
      <w:r w:rsidRPr="0071244D">
        <w:rPr>
          <w:rFonts w:asciiTheme="majorHAnsi" w:hAnsiTheme="majorHAnsi" w:cstheme="majorHAnsi"/>
          <w:b/>
          <w:color w:val="1F4E78"/>
          <w:sz w:val="24"/>
          <w:szCs w:val="20"/>
        </w:rPr>
        <w:t xml:space="preserve"> Form und </w:t>
      </w:r>
      <w:proofErr w:type="spellStart"/>
      <w:r w:rsidRPr="0071244D">
        <w:rPr>
          <w:rFonts w:asciiTheme="majorHAnsi" w:hAnsiTheme="majorHAnsi" w:cstheme="majorHAnsi"/>
          <w:b/>
          <w:color w:val="1F4E78"/>
          <w:sz w:val="24"/>
          <w:szCs w:val="20"/>
        </w:rPr>
        <w:t>mit</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welchen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Hilfsmitteln</w:t>
      </w:r>
      <w:proofErr w:type="spellEnd"/>
      <w:r w:rsidRPr="0071244D">
        <w:rPr>
          <w:rFonts w:asciiTheme="majorHAnsi" w:hAnsiTheme="majorHAnsi" w:cstheme="majorHAnsi"/>
          <w:b/>
          <w:color w:val="1F4E78"/>
          <w:sz w:val="24"/>
          <w:szCs w:val="20"/>
        </w:rPr>
        <w:t xml:space="preserve"> du </w:t>
      </w:r>
      <w:proofErr w:type="spellStart"/>
      <w:r w:rsidRPr="0071244D">
        <w:rPr>
          <w:rFonts w:asciiTheme="majorHAnsi" w:hAnsiTheme="majorHAnsi" w:cstheme="majorHAnsi"/>
          <w:b/>
          <w:color w:val="1F4E78"/>
          <w:sz w:val="24"/>
          <w:szCs w:val="20"/>
        </w:rPr>
        <w:t>präsentieren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möchtest</w:t>
      </w:r>
      <w:proofErr w:type="spellEnd"/>
      <w:r w:rsidRPr="0071244D">
        <w:rPr>
          <w:rFonts w:asciiTheme="majorHAnsi" w:hAnsiTheme="majorHAnsi" w:cstheme="majorHAnsi"/>
          <w:b/>
          <w:color w:val="1F4E78"/>
          <w:sz w:val="24"/>
          <w:szCs w:val="20"/>
        </w:rPr>
        <w:t xml:space="preserve">. </w:t>
      </w:r>
    </w:p>
    <w:p w14:paraId="393A1B36" w14:textId="77777777" w:rsidR="00E04C14" w:rsidRPr="0071244D" w:rsidRDefault="00E04C14" w:rsidP="00E04C14">
      <w:pPr>
        <w:ind w:left="1416" w:hanging="1416"/>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Ich </w:t>
      </w:r>
      <w:proofErr w:type="spellStart"/>
      <w:r w:rsidRPr="0071244D">
        <w:rPr>
          <w:rFonts w:asciiTheme="majorHAnsi" w:hAnsiTheme="majorHAnsi" w:cstheme="majorHAnsi"/>
          <w:b/>
          <w:color w:val="1F4E78"/>
          <w:sz w:val="24"/>
          <w:szCs w:val="20"/>
        </w:rPr>
        <w:t>habe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mich</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vorbereitet</w:t>
      </w:r>
      <w:proofErr w:type="spellEnd"/>
      <w:r w:rsidRPr="0071244D">
        <w:rPr>
          <w:rFonts w:asciiTheme="majorHAnsi" w:hAnsiTheme="majorHAnsi" w:cstheme="majorHAnsi"/>
          <w:b/>
          <w:color w:val="1F4E78"/>
          <w:sz w:val="24"/>
          <w:szCs w:val="20"/>
        </w:rPr>
        <w:t>, in dem ich…</w:t>
      </w:r>
    </w:p>
    <w:p w14:paraId="0532BFDC" w14:textId="77777777" w:rsidR="00E04C14" w:rsidRPr="0071244D" w:rsidRDefault="00E04C14" w:rsidP="00E04C14">
      <w:pPr>
        <w:ind w:left="1416" w:hanging="1416"/>
        <w:rPr>
          <w:rFonts w:asciiTheme="majorHAnsi" w:hAnsiTheme="majorHAnsi" w:cstheme="majorHAnsi"/>
          <w:b/>
          <w:color w:val="1F4E78"/>
          <w:sz w:val="24"/>
          <w:szCs w:val="20"/>
        </w:rPr>
      </w:pPr>
      <w:proofErr w:type="spellStart"/>
      <w:r w:rsidRPr="0071244D">
        <w:rPr>
          <w:rFonts w:asciiTheme="majorHAnsi" w:hAnsiTheme="majorHAnsi" w:cstheme="majorHAnsi"/>
          <w:b/>
          <w:color w:val="1F4E78"/>
          <w:sz w:val="24"/>
          <w:szCs w:val="20"/>
        </w:rPr>
        <w:t>Meine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Präsentation</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beinhaltet</w:t>
      </w:r>
      <w:proofErr w:type="spellEnd"/>
      <w:r w:rsidRPr="0071244D">
        <w:rPr>
          <w:rFonts w:asciiTheme="majorHAnsi" w:hAnsiTheme="majorHAnsi" w:cstheme="majorHAnsi"/>
          <w:b/>
          <w:color w:val="1F4E78"/>
          <w:sz w:val="24"/>
          <w:szCs w:val="20"/>
        </w:rPr>
        <w:t>…</w:t>
      </w:r>
    </w:p>
    <w:p w14:paraId="06F71B37" w14:textId="77777777" w:rsidR="00E04C14" w:rsidRPr="0071244D" w:rsidRDefault="00E04C14" w:rsidP="00E04C14">
      <w:pPr>
        <w:ind w:left="1416" w:hanging="1416"/>
        <w:rPr>
          <w:rFonts w:asciiTheme="majorHAnsi" w:hAnsiTheme="majorHAnsi" w:cstheme="majorHAnsi"/>
          <w:b/>
          <w:color w:val="1F4E78"/>
          <w:sz w:val="24"/>
          <w:szCs w:val="20"/>
        </w:rPr>
      </w:pPr>
      <w:r w:rsidRPr="0071244D">
        <w:rPr>
          <w:rFonts w:asciiTheme="majorHAnsi" w:hAnsiTheme="majorHAnsi" w:cstheme="majorHAnsi"/>
          <w:b/>
          <w:color w:val="1F4E78"/>
          <w:sz w:val="24"/>
          <w:szCs w:val="20"/>
        </w:rPr>
        <w:t xml:space="preserve">Ich </w:t>
      </w:r>
      <w:proofErr w:type="spellStart"/>
      <w:r w:rsidRPr="0071244D">
        <w:rPr>
          <w:rFonts w:asciiTheme="majorHAnsi" w:hAnsiTheme="majorHAnsi" w:cstheme="majorHAnsi"/>
          <w:b/>
          <w:color w:val="1F4E78"/>
          <w:sz w:val="24"/>
          <w:szCs w:val="20"/>
        </w:rPr>
        <w:t>präsentiere</w:t>
      </w:r>
      <w:proofErr w:type="spellEnd"/>
      <w:r w:rsidRPr="0071244D">
        <w:rPr>
          <w:rFonts w:asciiTheme="majorHAnsi" w:hAnsiTheme="majorHAnsi" w:cstheme="majorHAnsi"/>
          <w:b/>
          <w:color w:val="1F4E78"/>
          <w:sz w:val="24"/>
          <w:szCs w:val="20"/>
        </w:rPr>
        <w:t xml:space="preserve"> </w:t>
      </w:r>
      <w:proofErr w:type="spellStart"/>
      <w:r w:rsidRPr="0071244D">
        <w:rPr>
          <w:rFonts w:asciiTheme="majorHAnsi" w:hAnsiTheme="majorHAnsi" w:cstheme="majorHAnsi"/>
          <w:b/>
          <w:color w:val="1F4E78"/>
          <w:sz w:val="24"/>
          <w:szCs w:val="20"/>
        </w:rPr>
        <w:t>mein</w:t>
      </w:r>
      <w:proofErr w:type="spellEnd"/>
      <w:r w:rsidRPr="0071244D">
        <w:rPr>
          <w:rFonts w:asciiTheme="majorHAnsi" w:hAnsiTheme="majorHAnsi" w:cstheme="majorHAnsi"/>
          <w:b/>
          <w:color w:val="1F4E78"/>
          <w:sz w:val="24"/>
          <w:szCs w:val="20"/>
        </w:rPr>
        <w:t xml:space="preserve"> Thema </w:t>
      </w:r>
      <w:proofErr w:type="spellStart"/>
      <w:r w:rsidRPr="0071244D">
        <w:rPr>
          <w:rFonts w:asciiTheme="majorHAnsi" w:hAnsiTheme="majorHAnsi" w:cstheme="majorHAnsi"/>
          <w:b/>
          <w:color w:val="1F4E78"/>
          <w:sz w:val="24"/>
          <w:szCs w:val="20"/>
        </w:rPr>
        <w:t>anhand</w:t>
      </w:r>
      <w:proofErr w:type="spellEnd"/>
      <w:r w:rsidRPr="0071244D">
        <w:rPr>
          <w:rFonts w:asciiTheme="majorHAnsi" w:hAnsiTheme="majorHAnsi" w:cstheme="majorHAnsi"/>
          <w:b/>
          <w:color w:val="1F4E78"/>
          <w:sz w:val="24"/>
          <w:szCs w:val="20"/>
        </w:rPr>
        <w:t xml:space="preserve"> von…</w:t>
      </w:r>
    </w:p>
    <w:p w14:paraId="50DBBA9C" w14:textId="77777777" w:rsidR="00E04C14" w:rsidRPr="009871C7" w:rsidRDefault="00E04C14" w:rsidP="00E04C14">
      <w:pPr>
        <w:ind w:left="1416" w:hanging="1416"/>
        <w:rPr>
          <w:rFonts w:ascii="Arial" w:hAnsi="Arial" w:cs="Arial"/>
          <w:b/>
          <w:bCs/>
        </w:rPr>
      </w:pPr>
    </w:p>
    <w:p w14:paraId="1892E444" w14:textId="77777777" w:rsidR="00E04C14" w:rsidRDefault="00E04C14" w:rsidP="00E04C14">
      <w:pPr>
        <w:ind w:left="1416" w:hanging="1416"/>
        <w:rPr>
          <w:rFonts w:ascii="Arial" w:hAnsi="Arial" w:cs="Arial"/>
        </w:rPr>
      </w:pPr>
    </w:p>
    <w:p w14:paraId="564BC644" w14:textId="77777777" w:rsidR="00E04C14" w:rsidRPr="00761FB5" w:rsidRDefault="00E04C14" w:rsidP="00E04C14">
      <w:pPr>
        <w:ind w:left="1416" w:hanging="1416"/>
        <w:rPr>
          <w:rFonts w:ascii="Arial" w:hAnsi="Arial" w:cs="Arial"/>
        </w:rPr>
      </w:pPr>
    </w:p>
    <w:p w14:paraId="3166C449" w14:textId="77777777" w:rsidR="00E77E7B" w:rsidRPr="00CA3295" w:rsidRDefault="00E77E7B" w:rsidP="009F229B">
      <w:pPr>
        <w:rPr>
          <w:rFonts w:asciiTheme="majorHAnsi" w:hAnsiTheme="majorHAnsi" w:cstheme="majorHAnsi"/>
          <w:lang w:val="de-DE"/>
        </w:rPr>
      </w:pPr>
    </w:p>
    <w:sectPr w:rsidR="00E77E7B" w:rsidRPr="00CA3295" w:rsidSect="00034616">
      <w:headerReference w:type="default" r:id="rId8"/>
      <w:footerReference w:type="default" r:id="rId9"/>
      <w:pgSz w:w="12240" w:h="15840"/>
      <w:pgMar w:top="879" w:right="992" w:bottom="879" w:left="992" w:header="369"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E4D20" w14:textId="77777777" w:rsidR="00BF5074" w:rsidRDefault="00BF5074">
      <w:pPr>
        <w:spacing w:after="0" w:line="240" w:lineRule="auto"/>
        <w:rPr>
          <w:rFonts w:hint="eastAsia"/>
        </w:rPr>
      </w:pPr>
      <w:r>
        <w:separator/>
      </w:r>
    </w:p>
  </w:endnote>
  <w:endnote w:type="continuationSeparator" w:id="0">
    <w:p w14:paraId="217CEBAF" w14:textId="77777777" w:rsidR="00BF5074" w:rsidRDefault="00BF507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D06E4" w14:textId="5FFD2D1A" w:rsidR="00FF6EEB" w:rsidRPr="00E651D6" w:rsidRDefault="008A360B">
    <w:pPr>
      <w:pStyle w:val="Fuzeile"/>
      <w:jc w:val="center"/>
      <w:rPr>
        <w:rFonts w:hint="eastAsia"/>
        <w:lang w:val="de-DE"/>
      </w:rPr>
    </w:pPr>
    <w:r w:rsidRPr="00E651D6">
      <w:rPr>
        <w:color w:val="5A646E"/>
        <w:sz w:val="17"/>
        <w:lang w:val="de-DE"/>
      </w:rPr>
      <w:t xml:space="preserve">· Seite </w:t>
    </w:r>
    <w:r w:rsidRPr="00E651D6">
      <w:rPr>
        <w:lang w:val="de-DE"/>
      </w:rPr>
      <w:fldChar w:fldCharType="begin"/>
    </w:r>
    <w:r w:rsidRPr="00E651D6">
      <w:rPr>
        <w:lang w:val="de-DE"/>
      </w:rPr>
      <w:instrText xml:space="preserve"> PAGE </w:instrText>
    </w:r>
    <w:r w:rsidRPr="00E651D6">
      <w:rPr>
        <w:lang w:val="de-DE"/>
      </w:rPr>
      <w:fldChar w:fldCharType="separate"/>
    </w:r>
    <w:r w:rsidR="00CA3295" w:rsidRPr="00E651D6">
      <w:rPr>
        <w:noProof/>
        <w:lang w:val="de-DE"/>
      </w:rPr>
      <w:t>1</w:t>
    </w:r>
    <w:r w:rsidRPr="00E651D6">
      <w:rPr>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657F6" w14:textId="77777777" w:rsidR="00BF5074" w:rsidRDefault="00BF5074">
      <w:pPr>
        <w:spacing w:after="0" w:line="240" w:lineRule="auto"/>
        <w:rPr>
          <w:rFonts w:hint="eastAsia"/>
        </w:rPr>
      </w:pPr>
      <w:r>
        <w:separator/>
      </w:r>
    </w:p>
  </w:footnote>
  <w:footnote w:type="continuationSeparator" w:id="0">
    <w:p w14:paraId="2BD000EB" w14:textId="77777777" w:rsidR="00BF5074" w:rsidRDefault="00BF507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3261" w14:textId="3B5B2B83" w:rsidR="00FF6EEB" w:rsidRPr="00CA3295" w:rsidRDefault="00613591" w:rsidP="00CA3295">
    <w:pPr>
      <w:pStyle w:val="Kopfzeile"/>
      <w:pBdr>
        <w:bottom w:val="single" w:sz="5" w:space="3" w:color="B7C9D6"/>
      </w:pBdr>
      <w:jc w:val="center"/>
      <w:rPr>
        <w:rFonts w:asciiTheme="majorHAnsi" w:hAnsiTheme="majorHAnsi" w:cstheme="majorHAnsi"/>
        <w:lang w:val="de-DE"/>
      </w:rPr>
    </w:pPr>
    <w:r>
      <w:rPr>
        <w:rFonts w:asciiTheme="majorHAnsi" w:hAnsiTheme="majorHAnsi" w:cstheme="majorHAnsi"/>
        <w:b/>
        <w:color w:val="5A646E"/>
        <w:sz w:val="18"/>
        <w:lang w:val="de-DE"/>
      </w:rPr>
      <w:t>Ense-Schule</w:t>
    </w:r>
    <w:r w:rsidR="008A360B" w:rsidRPr="00CA3295">
      <w:rPr>
        <w:rFonts w:asciiTheme="majorHAnsi" w:hAnsiTheme="majorHAnsi" w:cstheme="majorHAnsi"/>
        <w:color w:val="5A646E"/>
        <w:sz w:val="18"/>
        <w:lang w:val="de-DE"/>
      </w:rPr>
      <w:t xml:space="preserve">   |    Präsentationsprüfung Realschulabschluss 10R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abstractNum w:abstractNumId="9" w15:restartNumberingAfterBreak="0">
    <w:nsid w:val="18D972F6"/>
    <w:multiLevelType w:val="hybridMultilevel"/>
    <w:tmpl w:val="71D2E97E"/>
    <w:lvl w:ilvl="0" w:tplc="0407000F">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0" w15:restartNumberingAfterBreak="0">
    <w:nsid w:val="33057D98"/>
    <w:multiLevelType w:val="hybridMultilevel"/>
    <w:tmpl w:val="E0BC0C94"/>
    <w:lvl w:ilvl="0" w:tplc="92683984">
      <w:start w:val="7"/>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1" w15:restartNumberingAfterBreak="0">
    <w:nsid w:val="3EC96793"/>
    <w:multiLevelType w:val="hybridMultilevel"/>
    <w:tmpl w:val="8E26D3CC"/>
    <w:lvl w:ilvl="0" w:tplc="ADEE0D1E">
      <w:start w:val="4"/>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2" w15:restartNumberingAfterBreak="0">
    <w:nsid w:val="6B754216"/>
    <w:multiLevelType w:val="hybridMultilevel"/>
    <w:tmpl w:val="089CB3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6407"/>
    <w:rsid w:val="0015074B"/>
    <w:rsid w:val="001C728F"/>
    <w:rsid w:val="0029639D"/>
    <w:rsid w:val="003144FB"/>
    <w:rsid w:val="00326F90"/>
    <w:rsid w:val="00560ED3"/>
    <w:rsid w:val="00613591"/>
    <w:rsid w:val="0070006A"/>
    <w:rsid w:val="00816049"/>
    <w:rsid w:val="008A360B"/>
    <w:rsid w:val="009F229B"/>
    <w:rsid w:val="00AA1D8D"/>
    <w:rsid w:val="00B47730"/>
    <w:rsid w:val="00BF5074"/>
    <w:rsid w:val="00CA3295"/>
    <w:rsid w:val="00CB0664"/>
    <w:rsid w:val="00D95E45"/>
    <w:rsid w:val="00E04C14"/>
    <w:rsid w:val="00E651D6"/>
    <w:rsid w:val="00E77E7B"/>
    <w:rsid w:val="00F05B33"/>
    <w:rsid w:val="00FC693F"/>
    <w:rsid w:val="00FF6E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45F41D"/>
  <w14:defaultImageDpi w14:val="300"/>
  <w15:docId w15:val="{738427AF-9648-446F-AEC5-1BA483D69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13591"/>
    <w:pPr>
      <w:spacing w:after="80" w:line="252" w:lineRule="auto"/>
    </w:pPr>
    <w:rPr>
      <w:rFonts w:ascii="Aptos" w:hAnsi="Aptos"/>
      <w:color w:val="222222"/>
      <w:sz w:val="21"/>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896</Words>
  <Characters>5645</Characters>
  <Application>Microsoft Office Word</Application>
  <DocSecurity>0</DocSecurity>
  <Lines>47</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6528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Schütz, Martina</cp:lastModifiedBy>
  <cp:revision>2</cp:revision>
  <cp:lastPrinted>2026-08-26T10:40:00Z</cp:lastPrinted>
  <dcterms:created xsi:type="dcterms:W3CDTF">2026-09-03T07:51:00Z</dcterms:created>
  <dcterms:modified xsi:type="dcterms:W3CDTF">2026-09-03T07:51:00Z</dcterms:modified>
  <cp:category/>
</cp:coreProperties>
</file>